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BAE65" w14:textId="77777777" w:rsidR="00E05255" w:rsidRDefault="0036090F">
      <w:pPr>
        <w:spacing w:after="80"/>
      </w:pPr>
      <w:r>
        <w:rPr>
          <w:noProof/>
        </w:rPr>
        <w:drawing>
          <wp:inline distT="0" distB="0" distL="0" distR="0" wp14:anchorId="4CB33646" wp14:editId="1235F1C0">
            <wp:extent cx="1242000" cy="4083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2000" cy="40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E00B4" w14:textId="77777777" w:rsidR="00E05255" w:rsidRDefault="0036090F">
      <w:pPr>
        <w:spacing w:after="20"/>
        <w:jc w:val="center"/>
      </w:pPr>
      <w:r>
        <w:rPr>
          <w:b/>
          <w:color w:val="0B4F8A"/>
          <w:sz w:val="32"/>
        </w:rPr>
        <w:t>QUESTIONNAIRE DE SATISFACTION</w:t>
      </w:r>
    </w:p>
    <w:p w14:paraId="69FDD314" w14:textId="77777777" w:rsidR="00E05255" w:rsidRPr="007E7FC5" w:rsidRDefault="0036090F">
      <w:pPr>
        <w:spacing w:after="120"/>
        <w:jc w:val="center"/>
        <w:rPr>
          <w:sz w:val="20"/>
          <w:szCs w:val="20"/>
        </w:rPr>
      </w:pPr>
      <w:r w:rsidRPr="007E7FC5">
        <w:rPr>
          <w:color w:val="1769A8"/>
          <w:sz w:val="20"/>
          <w:szCs w:val="20"/>
        </w:rPr>
        <w:t>À L’ATTENTION DES USAGERS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88"/>
      </w:tblGrid>
      <w:tr w:rsidR="00E05255" w14:paraId="0C30D35A" w14:textId="77777777">
        <w:trPr>
          <w:trHeight w:hRule="exact" w:val="879"/>
          <w:jc w:val="center"/>
        </w:trPr>
        <w:tc>
          <w:tcPr>
            <w:tcW w:w="10488" w:type="dxa"/>
            <w:tcBorders>
              <w:top w:val="single" w:sz="0" w:space="0" w:color="0B4F8A"/>
              <w:left w:val="single" w:sz="0" w:space="0" w:color="0B4F8A"/>
              <w:bottom w:val="single" w:sz="0" w:space="0" w:color="0B4F8A"/>
              <w:right w:val="single" w:sz="0" w:space="0" w:color="0B4F8A"/>
            </w:tcBorders>
            <w:shd w:val="clear" w:color="auto" w:fill="0B4F8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97905D" w14:textId="77777777" w:rsidR="00E05255" w:rsidRDefault="0036090F">
            <w:pPr>
              <w:spacing w:after="40"/>
              <w:jc w:val="center"/>
            </w:pPr>
            <w:r>
              <w:rPr>
                <w:b/>
                <w:color w:val="FFFFFF"/>
                <w:sz w:val="20"/>
              </w:rPr>
              <w:t>AUTO-RÉHABILITATION ACCOMPAGNÉE</w:t>
            </w:r>
            <w:r>
              <w:rPr>
                <w:b/>
                <w:color w:val="FFFFFF"/>
                <w:sz w:val="20"/>
              </w:rPr>
              <w:br/>
              <w:t>LUTTE CONTRE LA PRÉCARITÉ ÉNERGÉTIQUE</w:t>
            </w:r>
          </w:p>
          <w:p w14:paraId="568A216A" w14:textId="77777777" w:rsidR="00E05255" w:rsidRDefault="0036090F">
            <w:pPr>
              <w:spacing w:after="40"/>
              <w:jc w:val="center"/>
            </w:pPr>
            <w:r>
              <w:rPr>
                <w:color w:val="FFFFFF"/>
                <w:sz w:val="14"/>
              </w:rPr>
              <w:t>Merci de prendre quelques minutes pour répondre à ce questionnaire</w:t>
            </w:r>
          </w:p>
        </w:tc>
      </w:tr>
    </w:tbl>
    <w:p w14:paraId="426E1FE0" w14:textId="5922AE9A" w:rsidR="00BB1B31" w:rsidRDefault="00BB1B31" w:rsidP="00BB1B31">
      <w:pPr>
        <w:spacing w:after="120"/>
        <w:rPr>
          <w:sz w:val="20"/>
          <w:szCs w:val="20"/>
        </w:rPr>
      </w:pPr>
    </w:p>
    <w:p w14:paraId="229136D1" w14:textId="77777777" w:rsidR="00BB1B31" w:rsidRPr="007E7FC5" w:rsidRDefault="00BB1B31" w:rsidP="00BB1B31">
      <w:pPr>
        <w:spacing w:after="120"/>
        <w:rPr>
          <w:sz w:val="20"/>
          <w:szCs w:val="20"/>
        </w:rPr>
      </w:pPr>
    </w:p>
    <w:tbl>
      <w:tblPr>
        <w:tblW w:w="10493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8508"/>
      </w:tblGrid>
      <w:tr w:rsidR="00BB1B31" w14:paraId="355DDAEC" w14:textId="77777777" w:rsidTr="008A6000">
        <w:trPr>
          <w:trHeight w:hRule="exact" w:val="421"/>
          <w:jc w:val="center"/>
        </w:trPr>
        <w:tc>
          <w:tcPr>
            <w:tcW w:w="10493" w:type="dxa"/>
            <w:gridSpan w:val="2"/>
            <w:tcBorders>
              <w:top w:val="single" w:sz="0" w:space="0" w:color="0B4F8A"/>
              <w:left w:val="single" w:sz="0" w:space="0" w:color="0B4F8A"/>
              <w:bottom w:val="single" w:sz="0" w:space="0" w:color="0B4F8A"/>
              <w:right w:val="single" w:sz="0" w:space="0" w:color="0B4F8A"/>
            </w:tcBorders>
            <w:shd w:val="clear" w:color="auto" w:fill="0B4F8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6C574B" w14:textId="53871250" w:rsidR="00BB1B31" w:rsidRDefault="00BB1B31" w:rsidP="00BB1B31">
            <w:pPr>
              <w:spacing w:after="40"/>
            </w:pPr>
            <w:r>
              <w:rPr>
                <w:b/>
                <w:color w:val="FFFFFF"/>
                <w:sz w:val="20"/>
              </w:rPr>
              <w:t>PRÉSENTATION DU MÉNAGE</w:t>
            </w:r>
          </w:p>
        </w:tc>
      </w:tr>
      <w:tr w:rsidR="00E05255" w14:paraId="193899E6" w14:textId="77777777" w:rsidTr="009249AD">
        <w:trPr>
          <w:jc w:val="center"/>
        </w:trPr>
        <w:tc>
          <w:tcPr>
            <w:tcW w:w="1985" w:type="dxa"/>
            <w:vAlign w:val="center"/>
          </w:tcPr>
          <w:p w14:paraId="60C550D0" w14:textId="5E17F3D6" w:rsidR="00E05255" w:rsidRDefault="008A6000">
            <w:r>
              <w:rPr>
                <w:noProof/>
              </w:rPr>
              <w:drawing>
                <wp:inline distT="0" distB="0" distL="0" distR="0" wp14:anchorId="57F25426" wp14:editId="06CDF6A8">
                  <wp:extent cx="352425" cy="3524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g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592" cy="352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B0058C" w14:textId="77777777" w:rsidR="00E05255" w:rsidRDefault="00E05255"/>
        </w:tc>
        <w:tc>
          <w:tcPr>
            <w:tcW w:w="8508" w:type="dxa"/>
            <w:tcBorders>
              <w:top w:val="single" w:sz="0" w:space="0" w:color="FFFFFF"/>
              <w:left w:val="nil"/>
              <w:bottom w:val="single" w:sz="0" w:space="0" w:color="FFFFFF"/>
              <w:right w:val="single" w:sz="0" w:space="0" w:color="FFFFFF"/>
            </w:tcBorders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98"/>
              <w:gridCol w:w="3119"/>
            </w:tblGrid>
            <w:tr w:rsidR="008A6000" w14:paraId="7400F53F" w14:textId="77777777" w:rsidTr="008A6000">
              <w:trPr>
                <w:trHeight w:hRule="exact" w:val="329"/>
              </w:trPr>
              <w:tc>
                <w:tcPr>
                  <w:tcW w:w="2998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shd w:val="clear" w:color="auto" w:fill="EAF3F9"/>
                  <w:vAlign w:val="center"/>
                </w:tcPr>
                <w:p w14:paraId="30677678" w14:textId="77777777" w:rsidR="008A6000" w:rsidRDefault="008A6000" w:rsidP="008A6000">
                  <w:pPr>
                    <w:jc w:val="center"/>
                  </w:pPr>
                  <w:r>
                    <w:rPr>
                      <w:b/>
                      <w:color w:val="253746"/>
                      <w:sz w:val="14"/>
                    </w:rPr>
                    <w:t>Quel est votre âge ?</w:t>
                  </w:r>
                </w:p>
              </w:tc>
              <w:tc>
                <w:tcPr>
                  <w:tcW w:w="3119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shd w:val="clear" w:color="auto" w:fill="EAF3F9"/>
                  <w:vAlign w:val="center"/>
                </w:tcPr>
                <w:p w14:paraId="0C38A43A" w14:textId="77777777" w:rsidR="008A6000" w:rsidRDefault="008A6000" w:rsidP="008A6000">
                  <w:pPr>
                    <w:jc w:val="center"/>
                  </w:pPr>
                  <w:r>
                    <w:rPr>
                      <w:b/>
                      <w:color w:val="253746"/>
                      <w:sz w:val="14"/>
                    </w:rPr>
                    <w:t>Option à</w:t>
                  </w:r>
                  <w:r>
                    <w:rPr>
                      <w:b/>
                      <w:color w:val="253746"/>
                      <w:sz w:val="14"/>
                    </w:rPr>
                    <w:br/>
                    <w:t>sélectionner</w:t>
                  </w:r>
                </w:p>
              </w:tc>
            </w:tr>
            <w:tr w:rsidR="008A6000" w14:paraId="36AB6D28" w14:textId="77777777" w:rsidTr="008A6000">
              <w:trPr>
                <w:cantSplit/>
                <w:trHeight w:hRule="exact" w:val="227"/>
              </w:trPr>
              <w:tc>
                <w:tcPr>
                  <w:tcW w:w="2998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vAlign w:val="center"/>
                </w:tcPr>
                <w:p w14:paraId="63CD6A38" w14:textId="44A702EA" w:rsidR="008A6000" w:rsidRDefault="00FB5CB2" w:rsidP="008A6000">
                  <w:r>
                    <w:rPr>
                      <w:sz w:val="15"/>
                    </w:rPr>
                    <w:t>Moins</w:t>
                  </w:r>
                  <w:r w:rsidR="008A6000">
                    <w:rPr>
                      <w:sz w:val="15"/>
                    </w:rPr>
                    <w:t xml:space="preserve"> de 25 ans</w:t>
                  </w:r>
                </w:p>
              </w:tc>
              <w:tc>
                <w:tcPr>
                  <w:tcW w:w="3119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vAlign w:val="center"/>
                </w:tcPr>
                <w:p w14:paraId="5A70DBC1" w14:textId="7B4AD222" w:rsidR="008A6000" w:rsidRDefault="008D6E32" w:rsidP="008A6000">
                  <w:pPr>
                    <w:jc w:val="center"/>
                  </w:pPr>
                  <w:sdt>
                    <w:sdtPr>
                      <w:rPr>
                        <w:rFonts w:ascii="Cambria" w:hAnsi="Cambria"/>
                        <w:sz w:val="15"/>
                        <w:szCs w:val="15"/>
                      </w:rPr>
                      <w:id w:val="-11702481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45EC">
                        <w:rPr>
                          <w:rFonts w:ascii="MS Gothic" w:eastAsia="MS Gothic" w:hAnsi="MS Gothic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</w:p>
              </w:tc>
            </w:tr>
            <w:tr w:rsidR="008A6000" w:rsidRPr="008768F6" w14:paraId="6049B5DC" w14:textId="77777777" w:rsidTr="008A6000">
              <w:trPr>
                <w:cantSplit/>
                <w:trHeight w:hRule="exact" w:val="227"/>
              </w:trPr>
              <w:tc>
                <w:tcPr>
                  <w:tcW w:w="2998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shd w:val="clear" w:color="auto" w:fill="F7FAFC"/>
                  <w:vAlign w:val="center"/>
                </w:tcPr>
                <w:p w14:paraId="69875C8A" w14:textId="77777777" w:rsidR="008A6000" w:rsidRDefault="008A6000" w:rsidP="008A6000">
                  <w:r>
                    <w:rPr>
                      <w:sz w:val="15"/>
                    </w:rPr>
                    <w:t>25 - 30 ans</w:t>
                  </w:r>
                </w:p>
              </w:tc>
              <w:tc>
                <w:tcPr>
                  <w:tcW w:w="3119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shd w:val="clear" w:color="auto" w:fill="F7FAFC"/>
                  <w:vAlign w:val="center"/>
                </w:tcPr>
                <w:p w14:paraId="08F5FF24" w14:textId="77777777" w:rsidR="008A6000" w:rsidRPr="008768F6" w:rsidRDefault="008D6E32" w:rsidP="008A6000">
                  <w:pPr>
                    <w:jc w:val="center"/>
                    <w:rPr>
                      <w:sz w:val="15"/>
                      <w:szCs w:val="15"/>
                    </w:rPr>
                  </w:pPr>
                  <w:sdt>
                    <w:sdtPr>
                      <w:rPr>
                        <w:rFonts w:ascii="Cambria" w:hAnsi="Cambria"/>
                        <w:sz w:val="15"/>
                        <w:szCs w:val="15"/>
                      </w:rPr>
                      <w:id w:val="3011921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A6000">
                        <w:rPr>
                          <w:rFonts w:ascii="MS Gothic" w:eastAsia="MS Gothic" w:hAnsi="MS Gothic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</w:p>
              </w:tc>
            </w:tr>
            <w:tr w:rsidR="008A6000" w14:paraId="158705F7" w14:textId="77777777" w:rsidTr="008A6000">
              <w:trPr>
                <w:cantSplit/>
                <w:trHeight w:hRule="exact" w:val="227"/>
              </w:trPr>
              <w:tc>
                <w:tcPr>
                  <w:tcW w:w="2998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vAlign w:val="center"/>
                </w:tcPr>
                <w:p w14:paraId="06D29217" w14:textId="77777777" w:rsidR="008A6000" w:rsidRDefault="008A6000" w:rsidP="008A6000">
                  <w:r>
                    <w:rPr>
                      <w:sz w:val="15"/>
                    </w:rPr>
                    <w:t>31 - 50 ans</w:t>
                  </w:r>
                </w:p>
              </w:tc>
              <w:tc>
                <w:tcPr>
                  <w:tcW w:w="3119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vAlign w:val="center"/>
                </w:tcPr>
                <w:p w14:paraId="573B35AD" w14:textId="77777777" w:rsidR="008A6000" w:rsidRDefault="008D6E32" w:rsidP="008A6000">
                  <w:pPr>
                    <w:jc w:val="center"/>
                  </w:pPr>
                  <w:sdt>
                    <w:sdtPr>
                      <w:rPr>
                        <w:rFonts w:ascii="Cambria" w:hAnsi="Cambria"/>
                        <w:sz w:val="15"/>
                        <w:szCs w:val="15"/>
                      </w:rPr>
                      <w:id w:val="1915083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A6000">
                        <w:rPr>
                          <w:rFonts w:ascii="MS Gothic" w:eastAsia="MS Gothic" w:hAnsi="MS Gothic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</w:p>
              </w:tc>
            </w:tr>
            <w:tr w:rsidR="008A6000" w14:paraId="0A06AD87" w14:textId="77777777" w:rsidTr="008A6000">
              <w:trPr>
                <w:cantSplit/>
                <w:trHeight w:hRule="exact" w:val="227"/>
              </w:trPr>
              <w:tc>
                <w:tcPr>
                  <w:tcW w:w="2998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shd w:val="clear" w:color="auto" w:fill="F7FAFC"/>
                  <w:vAlign w:val="center"/>
                </w:tcPr>
                <w:p w14:paraId="77FC9F95" w14:textId="77777777" w:rsidR="008A6000" w:rsidRDefault="008A6000" w:rsidP="008A6000">
                  <w:r>
                    <w:rPr>
                      <w:sz w:val="15"/>
                    </w:rPr>
                    <w:t>51 - 65 ans</w:t>
                  </w:r>
                </w:p>
              </w:tc>
              <w:tc>
                <w:tcPr>
                  <w:tcW w:w="3119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shd w:val="clear" w:color="auto" w:fill="F7FAFC"/>
                  <w:vAlign w:val="center"/>
                </w:tcPr>
                <w:p w14:paraId="31830294" w14:textId="77777777" w:rsidR="008A6000" w:rsidRDefault="008D6E32" w:rsidP="008A6000">
                  <w:pPr>
                    <w:jc w:val="center"/>
                  </w:pPr>
                  <w:sdt>
                    <w:sdtPr>
                      <w:rPr>
                        <w:rFonts w:ascii="Cambria" w:hAnsi="Cambria"/>
                        <w:sz w:val="15"/>
                        <w:szCs w:val="15"/>
                      </w:rPr>
                      <w:id w:val="-799182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A6000">
                        <w:rPr>
                          <w:rFonts w:ascii="MS Gothic" w:eastAsia="MS Gothic" w:hAnsi="MS Gothic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</w:p>
              </w:tc>
            </w:tr>
            <w:tr w:rsidR="008A6000" w:rsidRPr="008768F6" w14:paraId="326D254A" w14:textId="77777777" w:rsidTr="008A6000">
              <w:trPr>
                <w:cantSplit/>
                <w:trHeight w:hRule="exact" w:val="227"/>
              </w:trPr>
              <w:tc>
                <w:tcPr>
                  <w:tcW w:w="2998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vAlign w:val="center"/>
                </w:tcPr>
                <w:p w14:paraId="3D3BCBA4" w14:textId="1EE1D65C" w:rsidR="008A6000" w:rsidRDefault="008A6000" w:rsidP="008A6000">
                  <w:r>
                    <w:rPr>
                      <w:sz w:val="15"/>
                    </w:rPr>
                    <w:t xml:space="preserve">66 ans et </w:t>
                  </w:r>
                  <w:r w:rsidR="00FB5CB2">
                    <w:rPr>
                      <w:sz w:val="15"/>
                    </w:rPr>
                    <w:t>plus</w:t>
                  </w:r>
                </w:p>
              </w:tc>
              <w:tc>
                <w:tcPr>
                  <w:tcW w:w="3119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vAlign w:val="center"/>
                </w:tcPr>
                <w:p w14:paraId="3A0023E0" w14:textId="4346F34F" w:rsidR="008A6000" w:rsidRPr="008768F6" w:rsidRDefault="008D6E32" w:rsidP="008A6000">
                  <w:pPr>
                    <w:jc w:val="center"/>
                    <w:rPr>
                      <w:sz w:val="15"/>
                      <w:szCs w:val="15"/>
                    </w:rPr>
                  </w:pPr>
                  <w:sdt>
                    <w:sdtPr>
                      <w:rPr>
                        <w:rFonts w:ascii="Cambria" w:hAnsi="Cambria"/>
                        <w:sz w:val="15"/>
                        <w:szCs w:val="15"/>
                      </w:rPr>
                      <w:id w:val="5110344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C701D">
                        <w:rPr>
                          <w:rFonts w:ascii="MS Gothic" w:eastAsia="MS Gothic" w:hAnsi="MS Gothic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</w:p>
              </w:tc>
            </w:tr>
          </w:tbl>
          <w:p w14:paraId="45D1B5CF" w14:textId="3CB5425D" w:rsidR="00E05255" w:rsidRDefault="00E05255">
            <w:pPr>
              <w:jc w:val="center"/>
            </w:pPr>
          </w:p>
        </w:tc>
      </w:tr>
    </w:tbl>
    <w:p w14:paraId="2B74BBE9" w14:textId="77777777" w:rsidR="00E05255" w:rsidRDefault="00E05255">
      <w:pPr>
        <w:spacing w:before="100"/>
      </w:pPr>
    </w:p>
    <w:tbl>
      <w:tblPr>
        <w:tblW w:w="10488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8508"/>
      </w:tblGrid>
      <w:tr w:rsidR="00E05255" w14:paraId="6535FD83" w14:textId="77777777" w:rsidTr="009249AD">
        <w:trPr>
          <w:jc w:val="center"/>
        </w:trPr>
        <w:tc>
          <w:tcPr>
            <w:tcW w:w="1980" w:type="dxa"/>
            <w:vAlign w:val="center"/>
          </w:tcPr>
          <w:p w14:paraId="4E397377" w14:textId="293F4B27" w:rsidR="008A6000" w:rsidRDefault="008A6000">
            <w:r>
              <w:rPr>
                <w:noProof/>
              </w:rPr>
              <w:drawing>
                <wp:inline distT="0" distB="0" distL="0" distR="0" wp14:anchorId="7C32F32D" wp14:editId="3C79524D">
                  <wp:extent cx="361950" cy="3619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mily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121" cy="362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725559" w14:textId="77777777" w:rsidR="00E05255" w:rsidRDefault="00E05255"/>
        </w:tc>
        <w:tc>
          <w:tcPr>
            <w:tcW w:w="8508" w:type="dxa"/>
            <w:tcBorders>
              <w:top w:val="single" w:sz="0" w:space="0" w:color="FFFFFF"/>
              <w:left w:val="nil"/>
              <w:bottom w:val="single" w:sz="0" w:space="0" w:color="FFFFFF"/>
              <w:right w:val="single" w:sz="0" w:space="0" w:color="FFFFFF"/>
            </w:tcBorders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98"/>
              <w:gridCol w:w="3119"/>
            </w:tblGrid>
            <w:tr w:rsidR="008A6000" w14:paraId="41A33533" w14:textId="77777777" w:rsidTr="008A6000">
              <w:trPr>
                <w:trHeight w:hRule="exact" w:val="329"/>
              </w:trPr>
              <w:tc>
                <w:tcPr>
                  <w:tcW w:w="2998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shd w:val="clear" w:color="auto" w:fill="EAF3F9"/>
                  <w:vAlign w:val="center"/>
                </w:tcPr>
                <w:p w14:paraId="42556740" w14:textId="77777777" w:rsidR="008A6000" w:rsidRPr="00783F13" w:rsidRDefault="008A6000" w:rsidP="00783F13">
                  <w:pPr>
                    <w:rPr>
                      <w:b/>
                      <w:color w:val="253746"/>
                      <w:sz w:val="15"/>
                    </w:rPr>
                  </w:pPr>
                  <w:r w:rsidRPr="00783F13">
                    <w:rPr>
                      <w:b/>
                      <w:color w:val="253746"/>
                      <w:sz w:val="15"/>
                    </w:rPr>
                    <w:t>Quelle est votre situation familiale ?</w:t>
                  </w:r>
                </w:p>
              </w:tc>
              <w:tc>
                <w:tcPr>
                  <w:tcW w:w="3119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shd w:val="clear" w:color="auto" w:fill="EAF3F9"/>
                  <w:vAlign w:val="center"/>
                </w:tcPr>
                <w:p w14:paraId="6166D917" w14:textId="77777777" w:rsidR="008A6000" w:rsidRDefault="008A6000" w:rsidP="008A6000">
                  <w:pPr>
                    <w:jc w:val="center"/>
                  </w:pPr>
                  <w:r>
                    <w:rPr>
                      <w:b/>
                      <w:color w:val="253746"/>
                      <w:sz w:val="14"/>
                    </w:rPr>
                    <w:t>Option à</w:t>
                  </w:r>
                  <w:r>
                    <w:rPr>
                      <w:b/>
                      <w:color w:val="253746"/>
                      <w:sz w:val="14"/>
                    </w:rPr>
                    <w:br/>
                    <w:t>sélectionner</w:t>
                  </w:r>
                </w:p>
              </w:tc>
            </w:tr>
            <w:tr w:rsidR="008A6000" w14:paraId="351997B7" w14:textId="77777777" w:rsidTr="008A6000">
              <w:trPr>
                <w:cantSplit/>
                <w:trHeight w:hRule="exact" w:val="227"/>
              </w:trPr>
              <w:tc>
                <w:tcPr>
                  <w:tcW w:w="2998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vAlign w:val="center"/>
                </w:tcPr>
                <w:p w14:paraId="2D3CCA4F" w14:textId="77777777" w:rsidR="008A6000" w:rsidRDefault="008A6000" w:rsidP="008A6000">
                  <w:r>
                    <w:rPr>
                      <w:sz w:val="15"/>
                    </w:rPr>
                    <w:t>Personne seule</w:t>
                  </w:r>
                </w:p>
              </w:tc>
              <w:tc>
                <w:tcPr>
                  <w:tcW w:w="3119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vAlign w:val="center"/>
                </w:tcPr>
                <w:p w14:paraId="1029F7F1" w14:textId="0C112768" w:rsidR="008A6000" w:rsidRDefault="008D6E32" w:rsidP="008A6000">
                  <w:pPr>
                    <w:jc w:val="center"/>
                  </w:pPr>
                  <w:sdt>
                    <w:sdtPr>
                      <w:rPr>
                        <w:rFonts w:ascii="Cambria" w:hAnsi="Cambria"/>
                        <w:sz w:val="15"/>
                        <w:szCs w:val="15"/>
                      </w:rPr>
                      <w:id w:val="-6516695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00787">
                        <w:rPr>
                          <w:rFonts w:ascii="MS Gothic" w:eastAsia="MS Gothic" w:hAnsi="MS Gothic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</w:p>
              </w:tc>
            </w:tr>
            <w:tr w:rsidR="008A6000" w14:paraId="15584F5F" w14:textId="77777777" w:rsidTr="008A6000">
              <w:trPr>
                <w:cantSplit/>
                <w:trHeight w:hRule="exact" w:val="227"/>
              </w:trPr>
              <w:tc>
                <w:tcPr>
                  <w:tcW w:w="2998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shd w:val="clear" w:color="auto" w:fill="F7FAFC"/>
                  <w:vAlign w:val="center"/>
                </w:tcPr>
                <w:p w14:paraId="31DE260B" w14:textId="77777777" w:rsidR="008A6000" w:rsidRDefault="008A6000" w:rsidP="008A6000">
                  <w:r>
                    <w:rPr>
                      <w:sz w:val="15"/>
                    </w:rPr>
                    <w:t>Couple sans enfant</w:t>
                  </w:r>
                </w:p>
              </w:tc>
              <w:tc>
                <w:tcPr>
                  <w:tcW w:w="3119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shd w:val="clear" w:color="auto" w:fill="F7FAFC"/>
                  <w:vAlign w:val="center"/>
                </w:tcPr>
                <w:p w14:paraId="32663051" w14:textId="77777777" w:rsidR="008A6000" w:rsidRDefault="008D6E32" w:rsidP="008A6000">
                  <w:pPr>
                    <w:jc w:val="center"/>
                  </w:pPr>
                  <w:sdt>
                    <w:sdtPr>
                      <w:rPr>
                        <w:rFonts w:ascii="Cambria" w:hAnsi="Cambria"/>
                        <w:sz w:val="15"/>
                        <w:szCs w:val="15"/>
                      </w:rPr>
                      <w:id w:val="-13167912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A6000" w:rsidRPr="00E847B5">
                        <w:rPr>
                          <w:rFonts w:ascii="MS Gothic" w:eastAsia="MS Gothic" w:hAnsi="MS Gothic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</w:p>
              </w:tc>
            </w:tr>
            <w:tr w:rsidR="008A6000" w14:paraId="715F7D2C" w14:textId="77777777" w:rsidTr="008A6000">
              <w:trPr>
                <w:cantSplit/>
                <w:trHeight w:hRule="exact" w:val="227"/>
              </w:trPr>
              <w:tc>
                <w:tcPr>
                  <w:tcW w:w="2998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vAlign w:val="center"/>
                </w:tcPr>
                <w:p w14:paraId="77E9AEF9" w14:textId="77777777" w:rsidR="008A6000" w:rsidRDefault="008A6000" w:rsidP="008A6000">
                  <w:r>
                    <w:rPr>
                      <w:sz w:val="15"/>
                    </w:rPr>
                    <w:t>Famille monoparentale</w:t>
                  </w:r>
                </w:p>
              </w:tc>
              <w:tc>
                <w:tcPr>
                  <w:tcW w:w="3119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vAlign w:val="center"/>
                </w:tcPr>
                <w:p w14:paraId="5AEA80E3" w14:textId="77777777" w:rsidR="008A6000" w:rsidRDefault="008D6E32" w:rsidP="008A6000">
                  <w:pPr>
                    <w:jc w:val="center"/>
                  </w:pPr>
                  <w:sdt>
                    <w:sdtPr>
                      <w:rPr>
                        <w:rFonts w:ascii="Cambria" w:hAnsi="Cambria"/>
                        <w:sz w:val="15"/>
                        <w:szCs w:val="15"/>
                      </w:rPr>
                      <w:id w:val="-17380855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A6000" w:rsidRPr="00E847B5">
                        <w:rPr>
                          <w:rFonts w:ascii="MS Gothic" w:eastAsia="MS Gothic" w:hAnsi="MS Gothic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</w:p>
              </w:tc>
            </w:tr>
            <w:tr w:rsidR="008A6000" w14:paraId="3FD7D67B" w14:textId="77777777" w:rsidTr="008A6000">
              <w:trPr>
                <w:cantSplit/>
                <w:trHeight w:hRule="exact" w:val="227"/>
              </w:trPr>
              <w:tc>
                <w:tcPr>
                  <w:tcW w:w="2998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shd w:val="clear" w:color="auto" w:fill="F7FAFC"/>
                  <w:vAlign w:val="center"/>
                </w:tcPr>
                <w:p w14:paraId="7751F2B9" w14:textId="77777777" w:rsidR="008A6000" w:rsidRDefault="008A6000" w:rsidP="008A6000">
                  <w:r>
                    <w:rPr>
                      <w:sz w:val="15"/>
                    </w:rPr>
                    <w:t>Couple avec enfants</w:t>
                  </w:r>
                </w:p>
              </w:tc>
              <w:tc>
                <w:tcPr>
                  <w:tcW w:w="3119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shd w:val="clear" w:color="auto" w:fill="F7FAFC"/>
                  <w:vAlign w:val="center"/>
                </w:tcPr>
                <w:p w14:paraId="1DD99939" w14:textId="77777777" w:rsidR="008A6000" w:rsidRDefault="008D6E32" w:rsidP="008A6000">
                  <w:pPr>
                    <w:jc w:val="center"/>
                  </w:pPr>
                  <w:sdt>
                    <w:sdtPr>
                      <w:rPr>
                        <w:rFonts w:ascii="Cambria" w:hAnsi="Cambria"/>
                        <w:sz w:val="15"/>
                        <w:szCs w:val="15"/>
                      </w:rPr>
                      <w:id w:val="1320692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A6000" w:rsidRPr="00E847B5">
                        <w:rPr>
                          <w:rFonts w:ascii="MS Gothic" w:eastAsia="MS Gothic" w:hAnsi="MS Gothic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</w:p>
              </w:tc>
            </w:tr>
          </w:tbl>
          <w:p w14:paraId="4941325D" w14:textId="1DE00370" w:rsidR="00E05255" w:rsidRDefault="00E05255">
            <w:pPr>
              <w:jc w:val="center"/>
            </w:pPr>
          </w:p>
        </w:tc>
      </w:tr>
    </w:tbl>
    <w:p w14:paraId="634B81B9" w14:textId="77777777" w:rsidR="00E05255" w:rsidRDefault="00E05255">
      <w:pPr>
        <w:spacing w:before="100"/>
      </w:pPr>
    </w:p>
    <w:tbl>
      <w:tblPr>
        <w:tblW w:w="10488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8508"/>
      </w:tblGrid>
      <w:tr w:rsidR="00E05255" w14:paraId="3109B19D" w14:textId="77777777" w:rsidTr="009249AD">
        <w:trPr>
          <w:trHeight w:val="1330"/>
          <w:jc w:val="center"/>
        </w:trPr>
        <w:tc>
          <w:tcPr>
            <w:tcW w:w="1980" w:type="dxa"/>
            <w:vAlign w:val="center"/>
          </w:tcPr>
          <w:p w14:paraId="438617D6" w14:textId="5CED6DCB" w:rsidR="008A6000" w:rsidRDefault="008A6000">
            <w:r>
              <w:rPr>
                <w:noProof/>
              </w:rPr>
              <w:drawing>
                <wp:inline distT="0" distB="0" distL="0" distR="0" wp14:anchorId="1B99E542" wp14:editId="358C8307">
                  <wp:extent cx="371475" cy="37147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ources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651" cy="371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F52B65" w14:textId="77777777" w:rsidR="00E05255" w:rsidRDefault="00E05255"/>
        </w:tc>
        <w:tc>
          <w:tcPr>
            <w:tcW w:w="8508" w:type="dxa"/>
            <w:tcBorders>
              <w:top w:val="single" w:sz="0" w:space="0" w:color="FFFFFF"/>
              <w:left w:val="nil"/>
              <w:bottom w:val="single" w:sz="0" w:space="0" w:color="FFFFFF"/>
              <w:right w:val="single" w:sz="0" w:space="0" w:color="FFFFFF"/>
            </w:tcBorders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98"/>
              <w:gridCol w:w="3119"/>
            </w:tblGrid>
            <w:tr w:rsidR="008A6000" w14:paraId="4DF00919" w14:textId="77777777" w:rsidTr="00200787">
              <w:trPr>
                <w:trHeight w:hRule="exact" w:val="329"/>
              </w:trPr>
              <w:tc>
                <w:tcPr>
                  <w:tcW w:w="2998" w:type="dxa"/>
                  <w:tcBorders>
                    <w:top w:val="single" w:sz="8" w:space="0" w:color="C7D8E4"/>
                    <w:left w:val="single" w:sz="8" w:space="0" w:color="C7D8E4"/>
                    <w:bottom w:val="single" w:sz="8" w:space="0" w:color="C7D8E4"/>
                    <w:right w:val="single" w:sz="8" w:space="0" w:color="C7D8E4"/>
                  </w:tcBorders>
                  <w:shd w:val="clear" w:color="auto" w:fill="EAF3F9"/>
                  <w:vAlign w:val="center"/>
                </w:tcPr>
                <w:p w14:paraId="0FD9EFED" w14:textId="77777777" w:rsidR="008A6000" w:rsidRDefault="008A6000" w:rsidP="008A6000">
                  <w:pPr>
                    <w:jc w:val="center"/>
                  </w:pPr>
                  <w:r>
                    <w:rPr>
                      <w:b/>
                      <w:color w:val="253746"/>
                      <w:sz w:val="14"/>
                    </w:rPr>
                    <w:t>Quelles sont vos ressources</w:t>
                  </w:r>
                </w:p>
              </w:tc>
              <w:tc>
                <w:tcPr>
                  <w:tcW w:w="3119" w:type="dxa"/>
                  <w:tcBorders>
                    <w:top w:val="single" w:sz="8" w:space="0" w:color="C7D8E4"/>
                    <w:left w:val="single" w:sz="8" w:space="0" w:color="C7D8E4"/>
                    <w:bottom w:val="single" w:sz="8" w:space="0" w:color="C7D8E4"/>
                    <w:right w:val="single" w:sz="8" w:space="0" w:color="C7D8E4"/>
                  </w:tcBorders>
                  <w:shd w:val="clear" w:color="auto" w:fill="EAF3F9"/>
                  <w:vAlign w:val="center"/>
                </w:tcPr>
                <w:p w14:paraId="36D614FD" w14:textId="77777777" w:rsidR="008A6000" w:rsidRDefault="008A6000" w:rsidP="008A6000">
                  <w:pPr>
                    <w:jc w:val="center"/>
                  </w:pPr>
                  <w:r>
                    <w:rPr>
                      <w:b/>
                      <w:color w:val="253746"/>
                      <w:sz w:val="14"/>
                    </w:rPr>
                    <w:t>Option à</w:t>
                  </w:r>
                  <w:r>
                    <w:rPr>
                      <w:b/>
                      <w:color w:val="253746"/>
                      <w:sz w:val="14"/>
                    </w:rPr>
                    <w:br/>
                    <w:t>sélectionner</w:t>
                  </w:r>
                </w:p>
              </w:tc>
            </w:tr>
            <w:tr w:rsidR="008A6000" w14:paraId="00890601" w14:textId="77777777" w:rsidTr="00200787">
              <w:trPr>
                <w:cantSplit/>
                <w:trHeight w:hRule="exact" w:val="227"/>
              </w:trPr>
              <w:tc>
                <w:tcPr>
                  <w:tcW w:w="2998" w:type="dxa"/>
                  <w:tcBorders>
                    <w:top w:val="single" w:sz="8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vAlign w:val="center"/>
                </w:tcPr>
                <w:p w14:paraId="0C99E019" w14:textId="77777777" w:rsidR="008A6000" w:rsidRDefault="008A6000" w:rsidP="008A6000">
                  <w:r>
                    <w:rPr>
                      <w:sz w:val="15"/>
                    </w:rPr>
                    <w:t>RSA</w:t>
                  </w:r>
                </w:p>
              </w:tc>
              <w:tc>
                <w:tcPr>
                  <w:tcW w:w="3119" w:type="dxa"/>
                  <w:tcBorders>
                    <w:top w:val="single" w:sz="8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vAlign w:val="center"/>
                </w:tcPr>
                <w:p w14:paraId="0636D4A9" w14:textId="77777777" w:rsidR="008A6000" w:rsidRDefault="008D6E32" w:rsidP="008A6000">
                  <w:pPr>
                    <w:jc w:val="center"/>
                  </w:pPr>
                  <w:sdt>
                    <w:sdtPr>
                      <w:rPr>
                        <w:rFonts w:ascii="Cambria" w:hAnsi="Cambria"/>
                        <w:sz w:val="15"/>
                        <w:szCs w:val="15"/>
                      </w:rPr>
                      <w:id w:val="8499865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A6000" w:rsidRPr="00E847B5">
                        <w:rPr>
                          <w:rFonts w:ascii="MS Gothic" w:eastAsia="MS Gothic" w:hAnsi="MS Gothic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</w:p>
              </w:tc>
            </w:tr>
            <w:tr w:rsidR="008A6000" w14:paraId="7CC55846" w14:textId="77777777" w:rsidTr="008A6000">
              <w:trPr>
                <w:cantSplit/>
                <w:trHeight w:hRule="exact" w:val="227"/>
              </w:trPr>
              <w:tc>
                <w:tcPr>
                  <w:tcW w:w="2998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shd w:val="clear" w:color="auto" w:fill="F7FAFC"/>
                  <w:vAlign w:val="center"/>
                </w:tcPr>
                <w:p w14:paraId="23B80717" w14:textId="77777777" w:rsidR="008A6000" w:rsidRDefault="008A6000" w:rsidP="008A6000">
                  <w:r>
                    <w:rPr>
                      <w:sz w:val="15"/>
                    </w:rPr>
                    <w:t>Salaire</w:t>
                  </w:r>
                </w:p>
              </w:tc>
              <w:tc>
                <w:tcPr>
                  <w:tcW w:w="3119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shd w:val="clear" w:color="auto" w:fill="F7FAFC"/>
                  <w:vAlign w:val="center"/>
                </w:tcPr>
                <w:p w14:paraId="65F4D612" w14:textId="77777777" w:rsidR="008A6000" w:rsidRDefault="008D6E32" w:rsidP="008A6000">
                  <w:pPr>
                    <w:jc w:val="center"/>
                  </w:pPr>
                  <w:sdt>
                    <w:sdtPr>
                      <w:rPr>
                        <w:rFonts w:ascii="Cambria" w:hAnsi="Cambria"/>
                        <w:sz w:val="15"/>
                        <w:szCs w:val="15"/>
                      </w:rPr>
                      <w:id w:val="-14414412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A6000" w:rsidRPr="00E847B5">
                        <w:rPr>
                          <w:rFonts w:ascii="MS Gothic" w:eastAsia="MS Gothic" w:hAnsi="MS Gothic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</w:p>
              </w:tc>
            </w:tr>
            <w:tr w:rsidR="008A6000" w14:paraId="1D0B89CC" w14:textId="77777777" w:rsidTr="008A6000">
              <w:trPr>
                <w:cantSplit/>
                <w:trHeight w:hRule="exact" w:val="227"/>
              </w:trPr>
              <w:tc>
                <w:tcPr>
                  <w:tcW w:w="2998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vAlign w:val="center"/>
                </w:tcPr>
                <w:p w14:paraId="39D874F5" w14:textId="77777777" w:rsidR="008A6000" w:rsidRDefault="008A6000" w:rsidP="008A6000">
                  <w:r>
                    <w:rPr>
                      <w:sz w:val="15"/>
                    </w:rPr>
                    <w:t>Retraite</w:t>
                  </w:r>
                </w:p>
              </w:tc>
              <w:tc>
                <w:tcPr>
                  <w:tcW w:w="3119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vAlign w:val="center"/>
                </w:tcPr>
                <w:p w14:paraId="400BBAD6" w14:textId="43148015" w:rsidR="008A6000" w:rsidRDefault="008D6E32" w:rsidP="008A6000">
                  <w:pPr>
                    <w:jc w:val="center"/>
                  </w:pPr>
                  <w:sdt>
                    <w:sdtPr>
                      <w:rPr>
                        <w:rFonts w:ascii="Cambria" w:hAnsi="Cambria"/>
                        <w:sz w:val="15"/>
                        <w:szCs w:val="15"/>
                      </w:rPr>
                      <w:id w:val="21302025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A6000">
                        <w:rPr>
                          <w:rFonts w:ascii="MS Gothic" w:eastAsia="MS Gothic" w:hAnsi="MS Gothic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</w:p>
              </w:tc>
            </w:tr>
            <w:tr w:rsidR="008A6000" w14:paraId="78E9288F" w14:textId="77777777" w:rsidTr="008A6000">
              <w:trPr>
                <w:cantSplit/>
                <w:trHeight w:hRule="exact" w:val="227"/>
              </w:trPr>
              <w:tc>
                <w:tcPr>
                  <w:tcW w:w="2998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shd w:val="clear" w:color="auto" w:fill="F7FAFC"/>
                  <w:vAlign w:val="center"/>
                </w:tcPr>
                <w:p w14:paraId="5EB219B8" w14:textId="77777777" w:rsidR="008A6000" w:rsidRDefault="008A6000" w:rsidP="008A6000">
                  <w:r>
                    <w:rPr>
                      <w:sz w:val="15"/>
                    </w:rPr>
                    <w:t>AAH</w:t>
                  </w:r>
                </w:p>
              </w:tc>
              <w:tc>
                <w:tcPr>
                  <w:tcW w:w="3119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shd w:val="clear" w:color="auto" w:fill="F7FAFC"/>
                  <w:vAlign w:val="center"/>
                </w:tcPr>
                <w:p w14:paraId="7191940A" w14:textId="77777777" w:rsidR="008A6000" w:rsidRDefault="008D6E32" w:rsidP="008A6000">
                  <w:pPr>
                    <w:jc w:val="center"/>
                  </w:pPr>
                  <w:sdt>
                    <w:sdtPr>
                      <w:rPr>
                        <w:rFonts w:ascii="Cambria" w:hAnsi="Cambria"/>
                        <w:sz w:val="15"/>
                        <w:szCs w:val="15"/>
                      </w:rPr>
                      <w:id w:val="-8039264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A6000" w:rsidRPr="00E847B5">
                        <w:rPr>
                          <w:rFonts w:ascii="MS Gothic" w:eastAsia="MS Gothic" w:hAnsi="MS Gothic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</w:p>
              </w:tc>
            </w:tr>
            <w:tr w:rsidR="008A6000" w14:paraId="1EE3FEBD" w14:textId="77777777" w:rsidTr="008A6000">
              <w:trPr>
                <w:cantSplit/>
                <w:trHeight w:hRule="exact" w:val="227"/>
              </w:trPr>
              <w:tc>
                <w:tcPr>
                  <w:tcW w:w="2998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vAlign w:val="center"/>
                </w:tcPr>
                <w:p w14:paraId="23C5E991" w14:textId="77777777" w:rsidR="008A6000" w:rsidRDefault="008A6000" w:rsidP="008A6000">
                  <w:r>
                    <w:rPr>
                      <w:sz w:val="15"/>
                    </w:rPr>
                    <w:t>Pension invalidité</w:t>
                  </w:r>
                </w:p>
              </w:tc>
              <w:tc>
                <w:tcPr>
                  <w:tcW w:w="3119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vAlign w:val="center"/>
                </w:tcPr>
                <w:p w14:paraId="7A9E1DA3" w14:textId="77777777" w:rsidR="008A6000" w:rsidRDefault="008D6E32" w:rsidP="008A6000">
                  <w:pPr>
                    <w:jc w:val="center"/>
                  </w:pPr>
                  <w:sdt>
                    <w:sdtPr>
                      <w:rPr>
                        <w:rFonts w:ascii="Cambria" w:hAnsi="Cambria"/>
                        <w:sz w:val="15"/>
                        <w:szCs w:val="15"/>
                      </w:rPr>
                      <w:id w:val="6631318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A6000" w:rsidRPr="00E847B5">
                        <w:rPr>
                          <w:rFonts w:ascii="MS Gothic" w:eastAsia="MS Gothic" w:hAnsi="MS Gothic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</w:p>
              </w:tc>
            </w:tr>
            <w:tr w:rsidR="008A6000" w14:paraId="71F93DFA" w14:textId="77777777" w:rsidTr="008A6000">
              <w:trPr>
                <w:cantSplit/>
                <w:trHeight w:hRule="exact" w:val="227"/>
              </w:trPr>
              <w:tc>
                <w:tcPr>
                  <w:tcW w:w="2998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shd w:val="clear" w:color="auto" w:fill="F7FAFC"/>
                  <w:vAlign w:val="center"/>
                </w:tcPr>
                <w:p w14:paraId="2BB04A57" w14:textId="77777777" w:rsidR="008A6000" w:rsidRDefault="008A6000" w:rsidP="008A6000">
                  <w:r>
                    <w:rPr>
                      <w:sz w:val="15"/>
                    </w:rPr>
                    <w:t>Autre, précisez</w:t>
                  </w:r>
                </w:p>
              </w:tc>
              <w:tc>
                <w:tcPr>
                  <w:tcW w:w="3119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shd w:val="clear" w:color="auto" w:fill="F7FAFC"/>
                  <w:vAlign w:val="center"/>
                </w:tcPr>
                <w:p w14:paraId="2520AF7E" w14:textId="77777777" w:rsidR="008A6000" w:rsidRDefault="008D6E32" w:rsidP="008A6000">
                  <w:pPr>
                    <w:jc w:val="center"/>
                  </w:pPr>
                  <w:sdt>
                    <w:sdtPr>
                      <w:rPr>
                        <w:rFonts w:ascii="Cambria" w:hAnsi="Cambria"/>
                        <w:sz w:val="15"/>
                        <w:szCs w:val="15"/>
                      </w:rPr>
                      <w:id w:val="-5686576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A6000" w:rsidRPr="00E847B5">
                        <w:rPr>
                          <w:rFonts w:ascii="MS Gothic" w:eastAsia="MS Gothic" w:hAnsi="MS Gothic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</w:p>
              </w:tc>
            </w:tr>
          </w:tbl>
          <w:p w14:paraId="568E6D73" w14:textId="131BC2A0" w:rsidR="00E05255" w:rsidRDefault="00E05255">
            <w:pPr>
              <w:jc w:val="center"/>
            </w:pPr>
          </w:p>
        </w:tc>
      </w:tr>
    </w:tbl>
    <w:p w14:paraId="5BEFAFE5" w14:textId="77777777" w:rsidR="00E05255" w:rsidRDefault="00E05255">
      <w:pPr>
        <w:spacing w:before="100"/>
      </w:pPr>
    </w:p>
    <w:tbl>
      <w:tblPr>
        <w:tblW w:w="10488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8508"/>
      </w:tblGrid>
      <w:tr w:rsidR="00E05255" w14:paraId="23A24102" w14:textId="77777777" w:rsidTr="00610470">
        <w:trPr>
          <w:jc w:val="center"/>
        </w:trPr>
        <w:tc>
          <w:tcPr>
            <w:tcW w:w="1980" w:type="dxa"/>
            <w:vAlign w:val="center"/>
          </w:tcPr>
          <w:p w14:paraId="1F6F92F9" w14:textId="790972D2" w:rsidR="008A6000" w:rsidRDefault="008A6000">
            <w:r>
              <w:rPr>
                <w:noProof/>
              </w:rPr>
              <w:drawing>
                <wp:inline distT="0" distB="0" distL="0" distR="0" wp14:anchorId="7A86D381" wp14:editId="12B1F2B6">
                  <wp:extent cx="333375" cy="33337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tus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533" cy="333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CC41A1" w14:textId="77777777" w:rsidR="00E05255" w:rsidRDefault="00E05255"/>
        </w:tc>
        <w:tc>
          <w:tcPr>
            <w:tcW w:w="8508" w:type="dxa"/>
            <w:tcBorders>
              <w:top w:val="single" w:sz="0" w:space="0" w:color="FFFFFF"/>
              <w:left w:val="nil"/>
              <w:bottom w:val="single" w:sz="0" w:space="0" w:color="FFFFFF"/>
              <w:right w:val="single" w:sz="0" w:space="0" w:color="FFFFFF"/>
            </w:tcBorders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98"/>
              <w:gridCol w:w="3119"/>
            </w:tblGrid>
            <w:tr w:rsidR="008A6000" w14:paraId="1B174299" w14:textId="77777777" w:rsidTr="008A6000">
              <w:trPr>
                <w:trHeight w:hRule="exact" w:val="329"/>
              </w:trPr>
              <w:tc>
                <w:tcPr>
                  <w:tcW w:w="2998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shd w:val="clear" w:color="auto" w:fill="EAF3F9"/>
                  <w:vAlign w:val="center"/>
                </w:tcPr>
                <w:p w14:paraId="674A4847" w14:textId="77777777" w:rsidR="008A6000" w:rsidRDefault="008A6000" w:rsidP="008A6000">
                  <w:pPr>
                    <w:jc w:val="center"/>
                  </w:pPr>
                  <w:r>
                    <w:rPr>
                      <w:b/>
                      <w:color w:val="253746"/>
                      <w:sz w:val="14"/>
                    </w:rPr>
                    <w:t>Quelle est votre situation dans logement</w:t>
                  </w:r>
                </w:p>
              </w:tc>
              <w:tc>
                <w:tcPr>
                  <w:tcW w:w="3119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shd w:val="clear" w:color="auto" w:fill="EAF3F9"/>
                  <w:vAlign w:val="center"/>
                </w:tcPr>
                <w:p w14:paraId="27C3BC30" w14:textId="77777777" w:rsidR="008A6000" w:rsidRDefault="008A6000" w:rsidP="008A6000">
                  <w:pPr>
                    <w:jc w:val="center"/>
                  </w:pPr>
                  <w:r>
                    <w:rPr>
                      <w:b/>
                      <w:color w:val="253746"/>
                      <w:sz w:val="14"/>
                    </w:rPr>
                    <w:t>Option à</w:t>
                  </w:r>
                  <w:r>
                    <w:rPr>
                      <w:b/>
                      <w:color w:val="253746"/>
                      <w:sz w:val="14"/>
                    </w:rPr>
                    <w:br/>
                    <w:t>sélectionner</w:t>
                  </w:r>
                </w:p>
              </w:tc>
            </w:tr>
            <w:tr w:rsidR="008A6000" w14:paraId="4F0FF006" w14:textId="77777777" w:rsidTr="008A6000">
              <w:trPr>
                <w:cantSplit/>
                <w:trHeight w:hRule="exact" w:val="227"/>
              </w:trPr>
              <w:tc>
                <w:tcPr>
                  <w:tcW w:w="2998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vAlign w:val="center"/>
                </w:tcPr>
                <w:p w14:paraId="6662B428" w14:textId="77777777" w:rsidR="008A6000" w:rsidRDefault="008A6000" w:rsidP="008A6000">
                  <w:r>
                    <w:rPr>
                      <w:sz w:val="15"/>
                    </w:rPr>
                    <w:t>Locataire du parc privé</w:t>
                  </w:r>
                </w:p>
              </w:tc>
              <w:tc>
                <w:tcPr>
                  <w:tcW w:w="3119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vAlign w:val="center"/>
                </w:tcPr>
                <w:p w14:paraId="73A654CB" w14:textId="77777777" w:rsidR="008A6000" w:rsidRDefault="008D6E32" w:rsidP="008A6000">
                  <w:pPr>
                    <w:jc w:val="center"/>
                  </w:pPr>
                  <w:sdt>
                    <w:sdtPr>
                      <w:rPr>
                        <w:rFonts w:ascii="Cambria" w:hAnsi="Cambria"/>
                        <w:sz w:val="15"/>
                        <w:szCs w:val="15"/>
                      </w:rPr>
                      <w:id w:val="9842856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A6000" w:rsidRPr="00E847B5">
                        <w:rPr>
                          <w:rFonts w:ascii="MS Gothic" w:eastAsia="MS Gothic" w:hAnsi="MS Gothic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</w:p>
              </w:tc>
            </w:tr>
            <w:tr w:rsidR="008A6000" w14:paraId="0188138E" w14:textId="77777777" w:rsidTr="008A6000">
              <w:trPr>
                <w:cantSplit/>
                <w:trHeight w:hRule="exact" w:val="227"/>
              </w:trPr>
              <w:tc>
                <w:tcPr>
                  <w:tcW w:w="2998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shd w:val="clear" w:color="auto" w:fill="F7FAFC"/>
                  <w:vAlign w:val="center"/>
                </w:tcPr>
                <w:p w14:paraId="3177EED2" w14:textId="77777777" w:rsidR="008A6000" w:rsidRDefault="008A6000" w:rsidP="008A6000">
                  <w:r>
                    <w:rPr>
                      <w:sz w:val="15"/>
                    </w:rPr>
                    <w:t>Locataire du parc public</w:t>
                  </w:r>
                </w:p>
              </w:tc>
              <w:tc>
                <w:tcPr>
                  <w:tcW w:w="3119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shd w:val="clear" w:color="auto" w:fill="F7FAFC"/>
                  <w:vAlign w:val="center"/>
                </w:tcPr>
                <w:p w14:paraId="6111C38E" w14:textId="04A8096E" w:rsidR="008A6000" w:rsidRDefault="008D6E32" w:rsidP="008A6000">
                  <w:pPr>
                    <w:jc w:val="center"/>
                  </w:pPr>
                  <w:sdt>
                    <w:sdtPr>
                      <w:rPr>
                        <w:rFonts w:ascii="Cambria" w:hAnsi="Cambria"/>
                        <w:sz w:val="15"/>
                        <w:szCs w:val="15"/>
                      </w:rPr>
                      <w:id w:val="-13571806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</w:p>
              </w:tc>
            </w:tr>
            <w:tr w:rsidR="008A6000" w14:paraId="1FAAB299" w14:textId="77777777" w:rsidTr="008A6000">
              <w:trPr>
                <w:cantSplit/>
                <w:trHeight w:hRule="exact" w:val="227"/>
              </w:trPr>
              <w:tc>
                <w:tcPr>
                  <w:tcW w:w="2998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vAlign w:val="center"/>
                </w:tcPr>
                <w:p w14:paraId="5C62D074" w14:textId="77777777" w:rsidR="008A6000" w:rsidRDefault="008A6000" w:rsidP="008A6000">
                  <w:r>
                    <w:rPr>
                      <w:sz w:val="15"/>
                    </w:rPr>
                    <w:t>Propriétaires occupants</w:t>
                  </w:r>
                </w:p>
              </w:tc>
              <w:tc>
                <w:tcPr>
                  <w:tcW w:w="3119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vAlign w:val="center"/>
                </w:tcPr>
                <w:p w14:paraId="55E3CFE0" w14:textId="4669FDB7" w:rsidR="008A6000" w:rsidRDefault="008D6E32" w:rsidP="008A6000">
                  <w:pPr>
                    <w:jc w:val="center"/>
                  </w:pPr>
                  <w:sdt>
                    <w:sdtPr>
                      <w:rPr>
                        <w:rFonts w:ascii="Cambria" w:hAnsi="Cambria"/>
                        <w:sz w:val="15"/>
                        <w:szCs w:val="15"/>
                      </w:rPr>
                      <w:id w:val="10670779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</w:p>
              </w:tc>
            </w:tr>
            <w:tr w:rsidR="008A6000" w14:paraId="3C8781E7" w14:textId="77777777" w:rsidTr="008A6000">
              <w:trPr>
                <w:cantSplit/>
                <w:trHeight w:hRule="exact" w:val="227"/>
              </w:trPr>
              <w:tc>
                <w:tcPr>
                  <w:tcW w:w="2998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shd w:val="clear" w:color="auto" w:fill="F7FAFC"/>
                  <w:vAlign w:val="center"/>
                </w:tcPr>
                <w:p w14:paraId="72925279" w14:textId="77777777" w:rsidR="008A6000" w:rsidRDefault="008A6000" w:rsidP="008A6000">
                  <w:r>
                    <w:rPr>
                      <w:sz w:val="15"/>
                    </w:rPr>
                    <w:t>Autres</w:t>
                  </w:r>
                </w:p>
              </w:tc>
              <w:tc>
                <w:tcPr>
                  <w:tcW w:w="3119" w:type="dxa"/>
                  <w:tcBorders>
                    <w:top w:val="single" w:sz="4" w:space="0" w:color="C7D8E4"/>
                    <w:left w:val="single" w:sz="4" w:space="0" w:color="C7D8E4"/>
                    <w:bottom w:val="single" w:sz="4" w:space="0" w:color="C7D8E4"/>
                    <w:right w:val="single" w:sz="4" w:space="0" w:color="C7D8E4"/>
                  </w:tcBorders>
                  <w:shd w:val="clear" w:color="auto" w:fill="F7FAFC"/>
                  <w:vAlign w:val="center"/>
                </w:tcPr>
                <w:p w14:paraId="7272E351" w14:textId="77777777" w:rsidR="008A6000" w:rsidRDefault="008D6E32" w:rsidP="008A6000">
                  <w:pPr>
                    <w:jc w:val="center"/>
                  </w:pPr>
                  <w:sdt>
                    <w:sdtPr>
                      <w:rPr>
                        <w:rFonts w:ascii="Cambria" w:hAnsi="Cambria"/>
                        <w:sz w:val="15"/>
                        <w:szCs w:val="15"/>
                      </w:rPr>
                      <w:id w:val="13149224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A6000" w:rsidRPr="00E847B5">
                        <w:rPr>
                          <w:rFonts w:ascii="MS Gothic" w:eastAsia="MS Gothic" w:hAnsi="MS Gothic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</w:p>
              </w:tc>
            </w:tr>
          </w:tbl>
          <w:p w14:paraId="13FE7384" w14:textId="33BF33B1" w:rsidR="00E05255" w:rsidRDefault="00E05255">
            <w:pPr>
              <w:jc w:val="center"/>
            </w:pPr>
          </w:p>
        </w:tc>
      </w:tr>
    </w:tbl>
    <w:p w14:paraId="2590879E" w14:textId="36B44509" w:rsidR="00E05255" w:rsidRDefault="00E05255"/>
    <w:p w14:paraId="3CC92FE1" w14:textId="77777777" w:rsidR="00001F1E" w:rsidRDefault="00001F1E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88"/>
      </w:tblGrid>
      <w:tr w:rsidR="00E05255" w14:paraId="4BDAFEBE" w14:textId="77777777">
        <w:trPr>
          <w:trHeight w:hRule="exact" w:val="312"/>
          <w:jc w:val="center"/>
        </w:trPr>
        <w:tc>
          <w:tcPr>
            <w:tcW w:w="10488" w:type="dxa"/>
            <w:tcBorders>
              <w:top w:val="single" w:sz="4" w:space="0" w:color="C7D8E4"/>
              <w:left w:val="single" w:sz="4" w:space="0" w:color="C7D8E4"/>
              <w:bottom w:val="single" w:sz="4" w:space="0" w:color="C7D8E4"/>
              <w:right w:val="single" w:sz="4" w:space="0" w:color="C7D8E4"/>
            </w:tcBorders>
            <w:shd w:val="clear" w:color="auto" w:fill="EAF3F9"/>
          </w:tcPr>
          <w:p w14:paraId="34AF8055" w14:textId="77777777" w:rsidR="00E05255" w:rsidRDefault="0036090F">
            <w:r>
              <w:rPr>
                <w:b/>
                <w:color w:val="253746"/>
              </w:rPr>
              <w:t>Comment avez-vous connu cette action ?</w:t>
            </w:r>
          </w:p>
        </w:tc>
      </w:tr>
      <w:tr w:rsidR="00E05255" w14:paraId="57E2DE54" w14:textId="77777777" w:rsidTr="00714A5F">
        <w:trPr>
          <w:trHeight w:hRule="exact" w:val="1903"/>
          <w:jc w:val="center"/>
        </w:trPr>
        <w:tc>
          <w:tcPr>
            <w:tcW w:w="10488" w:type="dxa"/>
            <w:tcBorders>
              <w:top w:val="single" w:sz="4" w:space="0" w:color="C7D8E4"/>
              <w:left w:val="single" w:sz="4" w:space="0" w:color="C7D8E4"/>
              <w:bottom w:val="single" w:sz="4" w:space="0" w:color="C7D8E4"/>
              <w:right w:val="single" w:sz="4" w:space="0" w:color="C7D8E4"/>
            </w:tcBorders>
          </w:tcPr>
          <w:p w14:paraId="4F99F1E5" w14:textId="4F5C8C43" w:rsidR="00E05255" w:rsidRDefault="00E05255" w:rsidP="00E156CB">
            <w:pPr>
              <w:jc w:val="both"/>
            </w:pPr>
          </w:p>
          <w:p w14:paraId="2C7DCC3E" w14:textId="353BDFCF" w:rsidR="00193415" w:rsidRDefault="00193415" w:rsidP="00E156CB">
            <w:pPr>
              <w:jc w:val="both"/>
            </w:pPr>
          </w:p>
          <w:p w14:paraId="5505DB12" w14:textId="5CB222D5" w:rsidR="007C1690" w:rsidRDefault="007C1690" w:rsidP="00E156CB">
            <w:pPr>
              <w:jc w:val="both"/>
            </w:pPr>
          </w:p>
          <w:p w14:paraId="38EF2D15" w14:textId="4AA14117" w:rsidR="007C1690" w:rsidRDefault="007C1690" w:rsidP="00E156CB">
            <w:pPr>
              <w:jc w:val="both"/>
            </w:pPr>
          </w:p>
          <w:p w14:paraId="274AED9E" w14:textId="77777777" w:rsidR="007C1690" w:rsidRDefault="007C1690" w:rsidP="00E156CB">
            <w:pPr>
              <w:jc w:val="both"/>
            </w:pPr>
          </w:p>
          <w:p w14:paraId="174F58DF" w14:textId="5A111942" w:rsidR="00166AE8" w:rsidRDefault="00166AE8" w:rsidP="00E156CB">
            <w:pPr>
              <w:jc w:val="both"/>
            </w:pPr>
          </w:p>
          <w:p w14:paraId="3E0CFF63" w14:textId="77777777" w:rsidR="00193415" w:rsidRDefault="00193415" w:rsidP="00E156CB">
            <w:pPr>
              <w:jc w:val="both"/>
            </w:pPr>
          </w:p>
          <w:p w14:paraId="2B6B8BE7" w14:textId="50F484DD" w:rsidR="00E156CB" w:rsidRDefault="00E156CB" w:rsidP="00E156CB">
            <w:pPr>
              <w:jc w:val="both"/>
            </w:pPr>
          </w:p>
        </w:tc>
      </w:tr>
    </w:tbl>
    <w:p w14:paraId="35782C4F" w14:textId="77777777" w:rsidR="00E05255" w:rsidRDefault="00E05255">
      <w:pPr>
        <w:spacing w:before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88"/>
      </w:tblGrid>
      <w:tr w:rsidR="00E05255" w14:paraId="251B7B4A" w14:textId="77777777">
        <w:trPr>
          <w:trHeight w:hRule="exact" w:val="312"/>
          <w:jc w:val="center"/>
        </w:trPr>
        <w:tc>
          <w:tcPr>
            <w:tcW w:w="10488" w:type="dxa"/>
            <w:tcBorders>
              <w:top w:val="single" w:sz="4" w:space="0" w:color="C7D8E4"/>
              <w:left w:val="single" w:sz="4" w:space="0" w:color="C7D8E4"/>
              <w:bottom w:val="single" w:sz="4" w:space="0" w:color="C7D8E4"/>
              <w:right w:val="single" w:sz="4" w:space="0" w:color="C7D8E4"/>
            </w:tcBorders>
            <w:shd w:val="clear" w:color="auto" w:fill="EAF3F9"/>
          </w:tcPr>
          <w:p w14:paraId="5E48ACD6" w14:textId="77777777" w:rsidR="00E05255" w:rsidRDefault="0036090F">
            <w:r>
              <w:rPr>
                <w:b/>
                <w:color w:val="253746"/>
              </w:rPr>
              <w:t>Quelles étaient vos attentes concernant cet accompagnement ?</w:t>
            </w:r>
          </w:p>
        </w:tc>
      </w:tr>
      <w:tr w:rsidR="00E05255" w14:paraId="2F53AB1C" w14:textId="77777777" w:rsidTr="00714A5F">
        <w:trPr>
          <w:trHeight w:hRule="exact" w:val="1541"/>
          <w:jc w:val="center"/>
        </w:trPr>
        <w:tc>
          <w:tcPr>
            <w:tcW w:w="10488" w:type="dxa"/>
            <w:tcBorders>
              <w:top w:val="single" w:sz="4" w:space="0" w:color="C7D8E4"/>
              <w:left w:val="single" w:sz="4" w:space="0" w:color="C7D8E4"/>
              <w:bottom w:val="single" w:sz="4" w:space="0" w:color="C7D8E4"/>
              <w:right w:val="single" w:sz="4" w:space="0" w:color="C7D8E4"/>
            </w:tcBorders>
          </w:tcPr>
          <w:p w14:paraId="6EE907ED" w14:textId="77777777" w:rsidR="00FB1D5F" w:rsidRDefault="00FB1D5F" w:rsidP="00FB1D5F">
            <w:pPr>
              <w:jc w:val="both"/>
            </w:pPr>
          </w:p>
          <w:p w14:paraId="057AC548" w14:textId="77777777" w:rsidR="00001F1E" w:rsidRDefault="00001F1E" w:rsidP="00FB1D5F">
            <w:pPr>
              <w:jc w:val="both"/>
            </w:pPr>
          </w:p>
          <w:p w14:paraId="59DABC7D" w14:textId="77777777" w:rsidR="00001F1E" w:rsidRDefault="00001F1E" w:rsidP="00FB1D5F">
            <w:pPr>
              <w:jc w:val="both"/>
            </w:pPr>
          </w:p>
          <w:p w14:paraId="769B3EDD" w14:textId="77777777" w:rsidR="00001F1E" w:rsidRDefault="00001F1E" w:rsidP="00FB1D5F">
            <w:pPr>
              <w:jc w:val="both"/>
            </w:pPr>
          </w:p>
          <w:p w14:paraId="4F633F29" w14:textId="77777777" w:rsidR="00001F1E" w:rsidRDefault="00001F1E" w:rsidP="00FB1D5F">
            <w:pPr>
              <w:jc w:val="both"/>
            </w:pPr>
          </w:p>
          <w:p w14:paraId="5EB9D4E4" w14:textId="77777777" w:rsidR="00001F1E" w:rsidRDefault="00001F1E" w:rsidP="00FB1D5F">
            <w:pPr>
              <w:jc w:val="both"/>
            </w:pPr>
          </w:p>
          <w:p w14:paraId="32E53DCE" w14:textId="77777777" w:rsidR="00001F1E" w:rsidRDefault="00001F1E" w:rsidP="00FB1D5F">
            <w:pPr>
              <w:jc w:val="both"/>
            </w:pPr>
          </w:p>
          <w:p w14:paraId="2A558ECA" w14:textId="1A290659" w:rsidR="00001F1E" w:rsidRDefault="00001F1E" w:rsidP="00FB1D5F">
            <w:pPr>
              <w:jc w:val="both"/>
            </w:pPr>
          </w:p>
        </w:tc>
      </w:tr>
    </w:tbl>
    <w:p w14:paraId="1B8EABBC" w14:textId="77777777" w:rsidR="00166AE8" w:rsidRDefault="00166AE8">
      <w:pPr>
        <w:spacing w:before="80"/>
      </w:pPr>
    </w:p>
    <w:tbl>
      <w:tblPr>
        <w:tblW w:w="10493" w:type="dxa"/>
        <w:jc w:val="center"/>
        <w:tblLayout w:type="fixed"/>
        <w:tblLook w:val="04A0" w:firstRow="1" w:lastRow="0" w:firstColumn="1" w:lastColumn="0" w:noHBand="0" w:noVBand="1"/>
      </w:tblPr>
      <w:tblGrid>
        <w:gridCol w:w="5249"/>
        <w:gridCol w:w="5244"/>
      </w:tblGrid>
      <w:tr w:rsidR="00E05255" w14:paraId="0E639E7F" w14:textId="77777777" w:rsidTr="00D57946">
        <w:trPr>
          <w:cantSplit/>
          <w:trHeight w:hRule="exact" w:val="453"/>
          <w:jc w:val="center"/>
        </w:trPr>
        <w:tc>
          <w:tcPr>
            <w:tcW w:w="5249" w:type="dxa"/>
            <w:tcBorders>
              <w:top w:val="single" w:sz="4" w:space="0" w:color="C7D8E4"/>
              <w:left w:val="single" w:sz="4" w:space="0" w:color="C7D8E4"/>
              <w:bottom w:val="single" w:sz="4" w:space="0" w:color="C7D8E4"/>
              <w:right w:val="single" w:sz="4" w:space="0" w:color="C7D8E4"/>
            </w:tcBorders>
            <w:shd w:val="clear" w:color="auto" w:fill="EAF3F9"/>
          </w:tcPr>
          <w:p w14:paraId="76BE1463" w14:textId="77777777" w:rsidR="00E05255" w:rsidRDefault="0036090F">
            <w:r>
              <w:rPr>
                <w:b/>
                <w:color w:val="253746"/>
                <w:sz w:val="15"/>
              </w:rPr>
              <w:t>De manière globale, pensez-vous que l’auto-réhabilitation a répondu à vos besoins ?</w:t>
            </w:r>
          </w:p>
        </w:tc>
        <w:tc>
          <w:tcPr>
            <w:tcW w:w="5244" w:type="dxa"/>
            <w:vMerge w:val="restart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75210256" w14:textId="77777777" w:rsidR="00E05255" w:rsidRDefault="0036090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748505" wp14:editId="4E200BD9">
                  <wp:extent cx="378000" cy="3780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eds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000" cy="3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5255" w14:paraId="2A892B8F" w14:textId="77777777" w:rsidTr="00D57946">
        <w:trPr>
          <w:cantSplit/>
          <w:trHeight w:hRule="exact" w:val="272"/>
          <w:jc w:val="center"/>
        </w:trPr>
        <w:tc>
          <w:tcPr>
            <w:tcW w:w="5249" w:type="dxa"/>
            <w:tcBorders>
              <w:top w:val="single" w:sz="4" w:space="0" w:color="C7D8E4"/>
              <w:left w:val="single" w:sz="4" w:space="0" w:color="C7D8E4"/>
              <w:bottom w:val="single" w:sz="4" w:space="0" w:color="C7D8E4"/>
              <w:right w:val="single" w:sz="4" w:space="0" w:color="C7D8E4"/>
            </w:tcBorders>
          </w:tcPr>
          <w:p w14:paraId="1EC42E5A" w14:textId="574593A9" w:rsidR="00E05255" w:rsidRDefault="008D6E32">
            <w:sdt>
              <w:sdtPr>
                <w:rPr>
                  <w:rFonts w:ascii="Cambria" w:hAnsi="Cambria"/>
                  <w:sz w:val="15"/>
                  <w:szCs w:val="15"/>
                </w:rPr>
                <w:id w:val="118825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851" w:rsidRPr="00EC7851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647566">
              <w:rPr>
                <w:sz w:val="14"/>
              </w:rPr>
              <w:t xml:space="preserve"> </w:t>
            </w:r>
            <w:r w:rsidR="0036090F">
              <w:rPr>
                <w:sz w:val="14"/>
              </w:rPr>
              <w:t>Oui</w:t>
            </w:r>
            <w:r w:rsidR="0036090F">
              <w:t xml:space="preserve">    </w:t>
            </w:r>
            <w:sdt>
              <w:sdtPr>
                <w:rPr>
                  <w:rFonts w:ascii="Cambria" w:hAnsi="Cambria"/>
                  <w:sz w:val="15"/>
                  <w:szCs w:val="15"/>
                </w:rPr>
                <w:id w:val="508260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851" w:rsidRPr="00EC7851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36090F">
              <w:rPr>
                <w:sz w:val="14"/>
              </w:rPr>
              <w:t xml:space="preserve">  Non</w:t>
            </w:r>
            <w:r w:rsidR="0036090F">
              <w:t xml:space="preserve">    </w:t>
            </w:r>
            <w:sdt>
              <w:sdtPr>
                <w:rPr>
                  <w:rFonts w:ascii="Cambria" w:hAnsi="Cambria"/>
                  <w:sz w:val="15"/>
                  <w:szCs w:val="15"/>
                </w:rPr>
                <w:id w:val="1349054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851" w:rsidRPr="00EC7851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36090F">
              <w:rPr>
                <w:sz w:val="14"/>
              </w:rPr>
              <w:t xml:space="preserve">  Partiellement</w:t>
            </w:r>
            <w:r w:rsidR="0036090F">
              <w:t xml:space="preserve">    </w:t>
            </w:r>
            <w:sdt>
              <w:sdtPr>
                <w:rPr>
                  <w:rFonts w:ascii="Cambria" w:hAnsi="Cambria"/>
                  <w:sz w:val="15"/>
                  <w:szCs w:val="15"/>
                </w:rPr>
                <w:id w:val="-1406984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A36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36090F">
              <w:rPr>
                <w:sz w:val="14"/>
              </w:rPr>
              <w:t xml:space="preserve">  Ne sais pas</w:t>
            </w:r>
          </w:p>
        </w:tc>
        <w:tc>
          <w:tcPr>
            <w:tcW w:w="5244" w:type="dxa"/>
            <w:vMerge/>
          </w:tcPr>
          <w:p w14:paraId="6732FFB8" w14:textId="77777777" w:rsidR="00E05255" w:rsidRDefault="00E05255"/>
        </w:tc>
      </w:tr>
      <w:tr w:rsidR="00E05255" w14:paraId="2B3CCD86" w14:textId="77777777" w:rsidTr="00D57946">
        <w:trPr>
          <w:cantSplit/>
          <w:trHeight w:hRule="exact" w:val="547"/>
          <w:jc w:val="center"/>
        </w:trPr>
        <w:tc>
          <w:tcPr>
            <w:tcW w:w="5249" w:type="dxa"/>
            <w:tcBorders>
              <w:top w:val="single" w:sz="4" w:space="0" w:color="C7D8E4"/>
              <w:left w:val="single" w:sz="4" w:space="0" w:color="C7D8E4"/>
              <w:bottom w:val="single" w:sz="4" w:space="0" w:color="C7D8E4"/>
              <w:right w:val="single" w:sz="4" w:space="0" w:color="C7D8E4"/>
            </w:tcBorders>
          </w:tcPr>
          <w:p w14:paraId="6B58CE22" w14:textId="64CCA957" w:rsidR="00E05255" w:rsidRPr="00942325" w:rsidRDefault="0036090F" w:rsidP="00942325">
            <w:pPr>
              <w:jc w:val="both"/>
              <w:rPr>
                <w:sz w:val="14"/>
                <w:szCs w:val="14"/>
              </w:rPr>
            </w:pPr>
            <w:r w:rsidRPr="00942325">
              <w:rPr>
                <w:i/>
                <w:color w:val="1769A8"/>
                <w:sz w:val="14"/>
                <w:szCs w:val="14"/>
              </w:rPr>
              <w:t>Si oui, précisez lesquels :</w:t>
            </w:r>
            <w:r w:rsidR="003151C6" w:rsidRPr="00942325">
              <w:rPr>
                <w:i/>
                <w:color w:val="1769A8"/>
                <w:sz w:val="14"/>
                <w:szCs w:val="14"/>
              </w:rPr>
              <w:t xml:space="preserve"> </w:t>
            </w:r>
          </w:p>
        </w:tc>
        <w:tc>
          <w:tcPr>
            <w:tcW w:w="5244" w:type="dxa"/>
            <w:vMerge/>
          </w:tcPr>
          <w:p w14:paraId="48E8EF9A" w14:textId="77777777" w:rsidR="00E05255" w:rsidRDefault="00E05255"/>
        </w:tc>
      </w:tr>
    </w:tbl>
    <w:p w14:paraId="56A55AB4" w14:textId="77777777" w:rsidR="00E05255" w:rsidRDefault="00E05255">
      <w:pPr>
        <w:spacing w:before="6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E05255" w14:paraId="1AED9687" w14:textId="77777777">
        <w:trPr>
          <w:cantSplit/>
          <w:trHeight w:hRule="exact" w:val="300"/>
          <w:jc w:val="center"/>
        </w:trPr>
        <w:tc>
          <w:tcPr>
            <w:tcW w:w="5244" w:type="dxa"/>
            <w:tcBorders>
              <w:top w:val="single" w:sz="4" w:space="0" w:color="C7D8E4"/>
              <w:left w:val="single" w:sz="4" w:space="0" w:color="C7D8E4"/>
              <w:bottom w:val="single" w:sz="4" w:space="0" w:color="C7D8E4"/>
              <w:right w:val="single" w:sz="4" w:space="0" w:color="C7D8E4"/>
            </w:tcBorders>
            <w:shd w:val="clear" w:color="auto" w:fill="EAF3F9"/>
          </w:tcPr>
          <w:p w14:paraId="2095A11B" w14:textId="77777777" w:rsidR="00E05255" w:rsidRDefault="0036090F">
            <w:r>
              <w:rPr>
                <w:b/>
                <w:color w:val="253746"/>
                <w:sz w:val="15"/>
              </w:rPr>
              <w:t>Les conseils apportés vous ont-ils été utiles ?</w:t>
            </w:r>
          </w:p>
        </w:tc>
        <w:tc>
          <w:tcPr>
            <w:tcW w:w="5244" w:type="dxa"/>
            <w:vMerge w:val="restart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275249FF" w14:textId="77777777" w:rsidR="00E05255" w:rsidRDefault="0036090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E73676A" wp14:editId="6C531057">
                  <wp:extent cx="378000" cy="3780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vice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000" cy="3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5255" w14:paraId="1352D9D3" w14:textId="77777777">
        <w:trPr>
          <w:cantSplit/>
          <w:trHeight w:hRule="exact" w:val="272"/>
          <w:jc w:val="center"/>
        </w:trPr>
        <w:tc>
          <w:tcPr>
            <w:tcW w:w="5244" w:type="dxa"/>
            <w:tcBorders>
              <w:top w:val="single" w:sz="4" w:space="0" w:color="C7D8E4"/>
              <w:left w:val="single" w:sz="4" w:space="0" w:color="C7D8E4"/>
              <w:bottom w:val="single" w:sz="4" w:space="0" w:color="C7D8E4"/>
              <w:right w:val="single" w:sz="4" w:space="0" w:color="C7D8E4"/>
            </w:tcBorders>
          </w:tcPr>
          <w:p w14:paraId="27B4792F" w14:textId="2B6439B5" w:rsidR="00E05255" w:rsidRDefault="008D6E32">
            <w:sdt>
              <w:sdtPr>
                <w:rPr>
                  <w:rFonts w:ascii="Cambria" w:hAnsi="Cambria"/>
                  <w:sz w:val="15"/>
                  <w:szCs w:val="15"/>
                </w:rPr>
                <w:id w:val="116267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A36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3D5A36">
              <w:rPr>
                <w:sz w:val="14"/>
              </w:rPr>
              <w:t xml:space="preserve"> Oui</w:t>
            </w:r>
            <w:r w:rsidR="003D5A36">
              <w:t xml:space="preserve">    </w:t>
            </w:r>
            <w:sdt>
              <w:sdtPr>
                <w:rPr>
                  <w:rFonts w:ascii="Cambria" w:hAnsi="Cambria"/>
                  <w:sz w:val="15"/>
                  <w:szCs w:val="15"/>
                </w:rPr>
                <w:id w:val="-91293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A36" w:rsidRPr="00EC7851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3D5A36">
              <w:rPr>
                <w:sz w:val="14"/>
              </w:rPr>
              <w:t xml:space="preserve">  Non</w:t>
            </w:r>
            <w:r w:rsidR="003D5A36">
              <w:t xml:space="preserve">    </w:t>
            </w:r>
            <w:sdt>
              <w:sdtPr>
                <w:rPr>
                  <w:rFonts w:ascii="Cambria" w:hAnsi="Cambria"/>
                  <w:sz w:val="15"/>
                  <w:szCs w:val="15"/>
                </w:rPr>
                <w:id w:val="979883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A36" w:rsidRPr="00EC7851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3D5A36">
              <w:rPr>
                <w:sz w:val="14"/>
              </w:rPr>
              <w:t xml:space="preserve">  Partiellement</w:t>
            </w:r>
            <w:r w:rsidR="003D5A36">
              <w:t xml:space="preserve">    </w:t>
            </w:r>
            <w:sdt>
              <w:sdtPr>
                <w:rPr>
                  <w:rFonts w:ascii="Cambria" w:hAnsi="Cambria"/>
                  <w:sz w:val="15"/>
                  <w:szCs w:val="15"/>
                </w:rPr>
                <w:id w:val="-152547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A36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3D5A36">
              <w:rPr>
                <w:sz w:val="14"/>
              </w:rPr>
              <w:t xml:space="preserve">  Ne sais pas</w:t>
            </w:r>
          </w:p>
        </w:tc>
        <w:tc>
          <w:tcPr>
            <w:tcW w:w="5244" w:type="dxa"/>
            <w:vMerge/>
          </w:tcPr>
          <w:p w14:paraId="5199C622" w14:textId="77777777" w:rsidR="00E05255" w:rsidRDefault="00E05255"/>
        </w:tc>
      </w:tr>
      <w:tr w:rsidR="00E05255" w14:paraId="71FE4352" w14:textId="77777777" w:rsidTr="006B79A8">
        <w:trPr>
          <w:cantSplit/>
          <w:trHeight w:hRule="exact" w:val="595"/>
          <w:jc w:val="center"/>
        </w:trPr>
        <w:tc>
          <w:tcPr>
            <w:tcW w:w="5244" w:type="dxa"/>
            <w:tcBorders>
              <w:top w:val="single" w:sz="4" w:space="0" w:color="C7D8E4"/>
              <w:left w:val="single" w:sz="4" w:space="0" w:color="C7D8E4"/>
              <w:bottom w:val="single" w:sz="4" w:space="0" w:color="C7D8E4"/>
              <w:right w:val="single" w:sz="4" w:space="0" w:color="C7D8E4"/>
            </w:tcBorders>
          </w:tcPr>
          <w:p w14:paraId="6C7B3477" w14:textId="15F5FD16" w:rsidR="00E05255" w:rsidRPr="00942325" w:rsidRDefault="0036090F" w:rsidP="006B79A8">
            <w:pPr>
              <w:rPr>
                <w:sz w:val="14"/>
                <w:szCs w:val="14"/>
              </w:rPr>
            </w:pPr>
            <w:r w:rsidRPr="00942325">
              <w:rPr>
                <w:i/>
                <w:color w:val="1769A8"/>
                <w:sz w:val="14"/>
                <w:szCs w:val="14"/>
              </w:rPr>
              <w:t>Si oui, précisez lesquels :</w:t>
            </w:r>
            <w:r w:rsidR="003151C6" w:rsidRPr="00942325">
              <w:rPr>
                <w:i/>
                <w:color w:val="1769A8"/>
                <w:sz w:val="14"/>
                <w:szCs w:val="14"/>
              </w:rPr>
              <w:t xml:space="preserve"> </w:t>
            </w:r>
          </w:p>
        </w:tc>
        <w:tc>
          <w:tcPr>
            <w:tcW w:w="5244" w:type="dxa"/>
            <w:vMerge/>
          </w:tcPr>
          <w:p w14:paraId="4D9897A4" w14:textId="77777777" w:rsidR="00E05255" w:rsidRDefault="00E05255"/>
        </w:tc>
      </w:tr>
    </w:tbl>
    <w:p w14:paraId="42698B56" w14:textId="77777777" w:rsidR="00E05255" w:rsidRDefault="00E05255">
      <w:pPr>
        <w:spacing w:before="6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E05255" w14:paraId="64C419BE" w14:textId="77777777">
        <w:trPr>
          <w:cantSplit/>
          <w:trHeight w:hRule="exact" w:val="300"/>
          <w:jc w:val="center"/>
        </w:trPr>
        <w:tc>
          <w:tcPr>
            <w:tcW w:w="5244" w:type="dxa"/>
            <w:tcBorders>
              <w:top w:val="single" w:sz="4" w:space="0" w:color="C7D8E4"/>
              <w:left w:val="single" w:sz="4" w:space="0" w:color="C7D8E4"/>
              <w:bottom w:val="single" w:sz="4" w:space="0" w:color="C7D8E4"/>
              <w:right w:val="single" w:sz="4" w:space="0" w:color="C7D8E4"/>
            </w:tcBorders>
            <w:shd w:val="clear" w:color="auto" w:fill="EAF3F9"/>
          </w:tcPr>
          <w:p w14:paraId="66134778" w14:textId="77777777" w:rsidR="00E05255" w:rsidRDefault="0036090F">
            <w:r>
              <w:rPr>
                <w:b/>
                <w:color w:val="253746"/>
                <w:sz w:val="15"/>
              </w:rPr>
              <w:t>Avez-vous ressenti une amélioration dans votre confort thermique ?</w:t>
            </w:r>
          </w:p>
        </w:tc>
        <w:tc>
          <w:tcPr>
            <w:tcW w:w="5244" w:type="dxa"/>
            <w:vMerge w:val="restart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0CA9AFA6" w14:textId="77777777" w:rsidR="00E05255" w:rsidRDefault="0036090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A6DAB5" wp14:editId="21212A65">
                  <wp:extent cx="378000" cy="3780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ermal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000" cy="3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5255" w14:paraId="2547BA3A" w14:textId="77777777">
        <w:trPr>
          <w:cantSplit/>
          <w:trHeight w:hRule="exact" w:val="272"/>
          <w:jc w:val="center"/>
        </w:trPr>
        <w:tc>
          <w:tcPr>
            <w:tcW w:w="5244" w:type="dxa"/>
            <w:tcBorders>
              <w:top w:val="single" w:sz="4" w:space="0" w:color="C7D8E4"/>
              <w:left w:val="single" w:sz="4" w:space="0" w:color="C7D8E4"/>
              <w:bottom w:val="single" w:sz="4" w:space="0" w:color="C7D8E4"/>
              <w:right w:val="single" w:sz="4" w:space="0" w:color="C7D8E4"/>
            </w:tcBorders>
          </w:tcPr>
          <w:p w14:paraId="521C6ED4" w14:textId="752F10A5" w:rsidR="00E05255" w:rsidRDefault="008D6E32">
            <w:sdt>
              <w:sdtPr>
                <w:rPr>
                  <w:rFonts w:ascii="Cambria" w:hAnsi="Cambria"/>
                  <w:sz w:val="15"/>
                  <w:szCs w:val="15"/>
                </w:rPr>
                <w:id w:val="-1905829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A36" w:rsidRPr="00EC7851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3D5A36">
              <w:rPr>
                <w:sz w:val="14"/>
              </w:rPr>
              <w:t xml:space="preserve"> Oui</w:t>
            </w:r>
            <w:r w:rsidR="003D5A36">
              <w:t xml:space="preserve">    </w:t>
            </w:r>
            <w:sdt>
              <w:sdtPr>
                <w:rPr>
                  <w:rFonts w:ascii="Cambria" w:hAnsi="Cambria"/>
                  <w:sz w:val="15"/>
                  <w:szCs w:val="15"/>
                </w:rPr>
                <w:id w:val="-1246020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A36" w:rsidRPr="00EC7851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3D5A36">
              <w:rPr>
                <w:sz w:val="14"/>
              </w:rPr>
              <w:t xml:space="preserve">  Non</w:t>
            </w:r>
            <w:r w:rsidR="003D5A36">
              <w:t xml:space="preserve">    </w:t>
            </w:r>
            <w:sdt>
              <w:sdtPr>
                <w:rPr>
                  <w:rFonts w:ascii="Cambria" w:hAnsi="Cambria"/>
                  <w:sz w:val="15"/>
                  <w:szCs w:val="15"/>
                </w:rPr>
                <w:id w:val="1370109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A36" w:rsidRPr="00EC7851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3D5A36">
              <w:rPr>
                <w:sz w:val="14"/>
              </w:rPr>
              <w:t xml:space="preserve">  Partiellement</w:t>
            </w:r>
            <w:r w:rsidR="003D5A36">
              <w:t xml:space="preserve">    </w:t>
            </w:r>
            <w:sdt>
              <w:sdtPr>
                <w:rPr>
                  <w:rFonts w:ascii="Cambria" w:hAnsi="Cambria"/>
                  <w:sz w:val="15"/>
                  <w:szCs w:val="15"/>
                </w:rPr>
                <w:id w:val="95005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A36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3D5A36">
              <w:rPr>
                <w:sz w:val="14"/>
              </w:rPr>
              <w:t xml:space="preserve">  Ne sais pas</w:t>
            </w:r>
          </w:p>
        </w:tc>
        <w:tc>
          <w:tcPr>
            <w:tcW w:w="5244" w:type="dxa"/>
            <w:vMerge/>
          </w:tcPr>
          <w:p w14:paraId="27D4AEEE" w14:textId="77777777" w:rsidR="00E05255" w:rsidRDefault="00E05255"/>
        </w:tc>
      </w:tr>
    </w:tbl>
    <w:p w14:paraId="4BC00DC6" w14:textId="77777777" w:rsidR="00E05255" w:rsidRDefault="00E05255">
      <w:pPr>
        <w:spacing w:before="60"/>
      </w:pPr>
    </w:p>
    <w:tbl>
      <w:tblPr>
        <w:tblW w:w="10488" w:type="dxa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E05255" w14:paraId="7A9ED78A" w14:textId="77777777" w:rsidTr="00BC47D0">
        <w:trPr>
          <w:cantSplit/>
          <w:trHeight w:hRule="exact" w:val="300"/>
          <w:jc w:val="center"/>
        </w:trPr>
        <w:tc>
          <w:tcPr>
            <w:tcW w:w="5244" w:type="dxa"/>
            <w:tcBorders>
              <w:top w:val="single" w:sz="4" w:space="0" w:color="C7D8E4"/>
              <w:left w:val="single" w:sz="4" w:space="0" w:color="C7D8E4"/>
              <w:bottom w:val="single" w:sz="4" w:space="0" w:color="C7D8E4"/>
              <w:right w:val="single" w:sz="4" w:space="0" w:color="C7D8E4"/>
            </w:tcBorders>
            <w:shd w:val="clear" w:color="auto" w:fill="EAF3F9"/>
          </w:tcPr>
          <w:p w14:paraId="5BC311F0" w14:textId="77777777" w:rsidR="00E05255" w:rsidRDefault="0036090F">
            <w:r>
              <w:rPr>
                <w:b/>
                <w:color w:val="253746"/>
                <w:sz w:val="15"/>
              </w:rPr>
              <w:t>Les travaux ont-ils amélioré votre quotidien ?</w:t>
            </w:r>
          </w:p>
        </w:tc>
        <w:tc>
          <w:tcPr>
            <w:tcW w:w="5244" w:type="dxa"/>
            <w:vMerge w:val="restart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6594055E" w14:textId="77777777" w:rsidR="00E05255" w:rsidRDefault="0036090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64D253" wp14:editId="19E597E4">
                  <wp:extent cx="378000" cy="3780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ks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000" cy="3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5255" w14:paraId="0F50D573" w14:textId="77777777" w:rsidTr="00BC47D0">
        <w:trPr>
          <w:cantSplit/>
          <w:trHeight w:hRule="exact" w:val="272"/>
          <w:jc w:val="center"/>
        </w:trPr>
        <w:tc>
          <w:tcPr>
            <w:tcW w:w="5244" w:type="dxa"/>
            <w:tcBorders>
              <w:top w:val="single" w:sz="4" w:space="0" w:color="C7D8E4"/>
              <w:left w:val="single" w:sz="4" w:space="0" w:color="C7D8E4"/>
              <w:bottom w:val="single" w:sz="4" w:space="0" w:color="C7D8E4"/>
              <w:right w:val="single" w:sz="4" w:space="0" w:color="C7D8E4"/>
            </w:tcBorders>
          </w:tcPr>
          <w:p w14:paraId="3ABFB4A8" w14:textId="5BBE12A8" w:rsidR="00E05255" w:rsidRDefault="008D6E32">
            <w:sdt>
              <w:sdtPr>
                <w:rPr>
                  <w:rFonts w:ascii="Cambria" w:hAnsi="Cambria"/>
                  <w:sz w:val="15"/>
                  <w:szCs w:val="15"/>
                </w:rPr>
                <w:id w:val="-16238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64A4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F24CF8">
              <w:rPr>
                <w:sz w:val="14"/>
              </w:rPr>
              <w:t xml:space="preserve"> Oui</w:t>
            </w:r>
            <w:r w:rsidR="00F24CF8">
              <w:t xml:space="preserve">    </w:t>
            </w:r>
            <w:sdt>
              <w:sdtPr>
                <w:rPr>
                  <w:rFonts w:ascii="Cambria" w:hAnsi="Cambria"/>
                  <w:sz w:val="15"/>
                  <w:szCs w:val="15"/>
                </w:rPr>
                <w:id w:val="1219326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CF8" w:rsidRPr="00EC7851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F24CF8">
              <w:rPr>
                <w:sz w:val="14"/>
              </w:rPr>
              <w:t xml:space="preserve">  Non</w:t>
            </w:r>
            <w:r w:rsidR="00F24CF8">
              <w:t xml:space="preserve">    </w:t>
            </w:r>
            <w:sdt>
              <w:sdtPr>
                <w:rPr>
                  <w:rFonts w:ascii="Cambria" w:hAnsi="Cambria"/>
                  <w:sz w:val="15"/>
                  <w:szCs w:val="15"/>
                </w:rPr>
                <w:id w:val="-948160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CF8" w:rsidRPr="00EC7851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F24CF8">
              <w:rPr>
                <w:sz w:val="14"/>
              </w:rPr>
              <w:t xml:space="preserve">  Partiellement</w:t>
            </w:r>
            <w:r w:rsidR="00F24CF8">
              <w:t xml:space="preserve">    </w:t>
            </w:r>
            <w:sdt>
              <w:sdtPr>
                <w:rPr>
                  <w:rFonts w:ascii="Cambria" w:hAnsi="Cambria"/>
                  <w:sz w:val="15"/>
                  <w:szCs w:val="15"/>
                </w:rPr>
                <w:id w:val="-1020012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64A4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F24CF8">
              <w:rPr>
                <w:sz w:val="14"/>
              </w:rPr>
              <w:t xml:space="preserve">  Ne sais pas</w:t>
            </w:r>
          </w:p>
        </w:tc>
        <w:tc>
          <w:tcPr>
            <w:tcW w:w="5244" w:type="dxa"/>
            <w:vMerge/>
          </w:tcPr>
          <w:p w14:paraId="67825DAE" w14:textId="77777777" w:rsidR="00E05255" w:rsidRDefault="00E05255"/>
        </w:tc>
      </w:tr>
    </w:tbl>
    <w:p w14:paraId="2B194C35" w14:textId="77777777" w:rsidR="00E05255" w:rsidRDefault="00E05255">
      <w:pPr>
        <w:spacing w:before="60"/>
      </w:pPr>
    </w:p>
    <w:tbl>
      <w:tblPr>
        <w:tblW w:w="10488" w:type="dxa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E05255" w14:paraId="73D8A9EB" w14:textId="77777777" w:rsidTr="003D7D1B">
        <w:trPr>
          <w:cantSplit/>
          <w:trHeight w:hRule="exact" w:val="337"/>
          <w:jc w:val="center"/>
        </w:trPr>
        <w:tc>
          <w:tcPr>
            <w:tcW w:w="5244" w:type="dxa"/>
            <w:tcBorders>
              <w:top w:val="single" w:sz="4" w:space="0" w:color="C7D8E4"/>
              <w:left w:val="single" w:sz="4" w:space="0" w:color="C7D8E4"/>
              <w:bottom w:val="single" w:sz="4" w:space="0" w:color="C7D8E4"/>
              <w:right w:val="single" w:sz="4" w:space="0" w:color="C7D8E4"/>
            </w:tcBorders>
            <w:shd w:val="clear" w:color="auto" w:fill="EAF3F9"/>
          </w:tcPr>
          <w:p w14:paraId="048D6646" w14:textId="77777777" w:rsidR="00E05255" w:rsidRDefault="0036090F">
            <w:r>
              <w:rPr>
                <w:b/>
                <w:color w:val="253746"/>
                <w:sz w:val="15"/>
              </w:rPr>
              <w:t>Cette expérience vous a-t-elle amené à modifier certaines de vos habitudes ?</w:t>
            </w:r>
          </w:p>
        </w:tc>
        <w:tc>
          <w:tcPr>
            <w:tcW w:w="5244" w:type="dxa"/>
            <w:vMerge w:val="restart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3F9936D0" w14:textId="77777777" w:rsidR="00E05255" w:rsidRDefault="0036090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00C239" wp14:editId="7027C79E">
                  <wp:extent cx="378000" cy="3780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bits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000" cy="3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5255" w14:paraId="79E8061F" w14:textId="77777777" w:rsidTr="003D7D1B">
        <w:trPr>
          <w:cantSplit/>
          <w:trHeight w:hRule="exact" w:val="696"/>
          <w:jc w:val="center"/>
        </w:trPr>
        <w:tc>
          <w:tcPr>
            <w:tcW w:w="5244" w:type="dxa"/>
            <w:tcBorders>
              <w:top w:val="single" w:sz="4" w:space="0" w:color="C7D8E4"/>
              <w:left w:val="single" w:sz="4" w:space="0" w:color="C7D8E4"/>
              <w:bottom w:val="single" w:sz="4" w:space="0" w:color="C7D8E4"/>
              <w:right w:val="single" w:sz="4" w:space="0" w:color="C7D8E4"/>
            </w:tcBorders>
          </w:tcPr>
          <w:p w14:paraId="10B3BBCA" w14:textId="32DDBC13" w:rsidR="003D7D1B" w:rsidRDefault="008D6E32">
            <w:pPr>
              <w:rPr>
                <w:sz w:val="14"/>
              </w:rPr>
            </w:pPr>
            <w:sdt>
              <w:sdtPr>
                <w:rPr>
                  <w:rFonts w:ascii="Cambria" w:hAnsi="Cambria"/>
                  <w:sz w:val="15"/>
                  <w:szCs w:val="15"/>
                </w:rPr>
                <w:id w:val="-851409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F1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36090F">
              <w:rPr>
                <w:sz w:val="14"/>
              </w:rPr>
              <w:t xml:space="preserve">  Dans l’utilisation des chauffages</w:t>
            </w:r>
            <w:r w:rsidR="0036090F">
              <w:t xml:space="preserve">    </w:t>
            </w:r>
            <w:sdt>
              <w:sdtPr>
                <w:rPr>
                  <w:rFonts w:ascii="Cambria" w:hAnsi="Cambria"/>
                  <w:sz w:val="15"/>
                  <w:szCs w:val="15"/>
                </w:rPr>
                <w:id w:val="1101535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D1B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36090F">
              <w:rPr>
                <w:sz w:val="14"/>
              </w:rPr>
              <w:t xml:space="preserve">  L’utilisation des thermomètres</w:t>
            </w:r>
          </w:p>
          <w:p w14:paraId="64A3DDF3" w14:textId="7A4052C1" w:rsidR="00E05255" w:rsidRDefault="008D6E32">
            <w:pPr>
              <w:rPr>
                <w:sz w:val="14"/>
              </w:rPr>
            </w:pPr>
            <w:sdt>
              <w:sdtPr>
                <w:rPr>
                  <w:rFonts w:ascii="Cambria" w:hAnsi="Cambria"/>
                  <w:sz w:val="15"/>
                  <w:szCs w:val="15"/>
                </w:rPr>
                <w:id w:val="-9991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D1B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3D7D1B">
              <w:rPr>
                <w:sz w:val="14"/>
              </w:rPr>
              <w:t xml:space="preserve"> Meilleure utilisation des Heures Pleine / Heures Creuses</w:t>
            </w:r>
            <w:r w:rsidR="003D7D1B">
              <w:t xml:space="preserve">  </w:t>
            </w:r>
            <w:sdt>
              <w:sdtPr>
                <w:rPr>
                  <w:rFonts w:ascii="Cambria" w:hAnsi="Cambria"/>
                  <w:sz w:val="15"/>
                  <w:szCs w:val="15"/>
                </w:rPr>
                <w:id w:val="72356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D1B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3D7D1B">
              <w:rPr>
                <w:sz w:val="14"/>
              </w:rPr>
              <w:t xml:space="preserve">  Gestion de l’eau</w:t>
            </w:r>
          </w:p>
          <w:p w14:paraId="59FB8CD6" w14:textId="0ADE158E" w:rsidR="003D7D1B" w:rsidRDefault="008D6E32">
            <w:sdt>
              <w:sdtPr>
                <w:rPr>
                  <w:rFonts w:ascii="Cambria" w:hAnsi="Cambria"/>
                  <w:sz w:val="15"/>
                  <w:szCs w:val="15"/>
                </w:rPr>
                <w:id w:val="-8307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DBF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3D7D1B">
              <w:rPr>
                <w:rFonts w:ascii="Cambria" w:hAnsi="Cambria"/>
                <w:sz w:val="15"/>
                <w:szCs w:val="15"/>
              </w:rPr>
              <w:t xml:space="preserve">  </w:t>
            </w:r>
            <w:r w:rsidR="003D7D1B" w:rsidRPr="003D7D1B">
              <w:rPr>
                <w:rFonts w:cs="Arial"/>
                <w:sz w:val="14"/>
                <w:szCs w:val="14"/>
              </w:rPr>
              <w:t>Autres</w:t>
            </w:r>
          </w:p>
        </w:tc>
        <w:tc>
          <w:tcPr>
            <w:tcW w:w="5244" w:type="dxa"/>
            <w:vMerge/>
          </w:tcPr>
          <w:p w14:paraId="2256E04F" w14:textId="77777777" w:rsidR="00E05255" w:rsidRDefault="00E05255"/>
        </w:tc>
      </w:tr>
    </w:tbl>
    <w:p w14:paraId="20A2CEF7" w14:textId="77777777" w:rsidR="00E05255" w:rsidRDefault="00E05255">
      <w:pPr>
        <w:spacing w:before="6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E05255" w14:paraId="5CF77D52" w14:textId="77777777" w:rsidTr="005B77B3">
        <w:trPr>
          <w:cantSplit/>
          <w:trHeight w:hRule="exact" w:val="455"/>
          <w:jc w:val="center"/>
        </w:trPr>
        <w:tc>
          <w:tcPr>
            <w:tcW w:w="5244" w:type="dxa"/>
            <w:tcBorders>
              <w:top w:val="single" w:sz="4" w:space="0" w:color="C7D8E4"/>
              <w:left w:val="single" w:sz="4" w:space="0" w:color="C7D8E4"/>
              <w:bottom w:val="single" w:sz="4" w:space="0" w:color="C7D8E4"/>
              <w:right w:val="single" w:sz="4" w:space="0" w:color="C7D8E4"/>
            </w:tcBorders>
            <w:shd w:val="clear" w:color="auto" w:fill="EAF3F9"/>
          </w:tcPr>
          <w:p w14:paraId="20EA98F9" w14:textId="77777777" w:rsidR="00E05255" w:rsidRDefault="0036090F">
            <w:r>
              <w:rPr>
                <w:b/>
                <w:color w:val="253746"/>
                <w:sz w:val="15"/>
              </w:rPr>
              <w:t>Avez-vous ressenti une baisse dans vos consommations de gaz, d’électricité et d’eau ?</w:t>
            </w:r>
          </w:p>
        </w:tc>
        <w:tc>
          <w:tcPr>
            <w:tcW w:w="5244" w:type="dxa"/>
            <w:vMerge w:val="restart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62FB479F" w14:textId="77777777" w:rsidR="00E05255" w:rsidRDefault="0036090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21DA1B" wp14:editId="4AB91241">
                  <wp:extent cx="378000" cy="3780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tilities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000" cy="3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5255" w14:paraId="6BF0A361" w14:textId="77777777">
        <w:trPr>
          <w:cantSplit/>
          <w:trHeight w:hRule="exact" w:val="272"/>
          <w:jc w:val="center"/>
        </w:trPr>
        <w:tc>
          <w:tcPr>
            <w:tcW w:w="5244" w:type="dxa"/>
            <w:tcBorders>
              <w:top w:val="single" w:sz="4" w:space="0" w:color="C7D8E4"/>
              <w:left w:val="single" w:sz="4" w:space="0" w:color="C7D8E4"/>
              <w:bottom w:val="single" w:sz="4" w:space="0" w:color="C7D8E4"/>
              <w:right w:val="single" w:sz="4" w:space="0" w:color="C7D8E4"/>
            </w:tcBorders>
          </w:tcPr>
          <w:p w14:paraId="1D8F9579" w14:textId="67C12AC6" w:rsidR="00E05255" w:rsidRDefault="008D6E32">
            <w:sdt>
              <w:sdtPr>
                <w:rPr>
                  <w:rFonts w:ascii="Cambria" w:hAnsi="Cambria"/>
                  <w:sz w:val="15"/>
                  <w:szCs w:val="15"/>
                </w:rPr>
                <w:id w:val="-2027166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DBF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924DBF">
              <w:rPr>
                <w:rFonts w:ascii="Cambria" w:hAnsi="Cambria"/>
                <w:sz w:val="15"/>
                <w:szCs w:val="15"/>
              </w:rPr>
              <w:t xml:space="preserve">  </w:t>
            </w:r>
            <w:r w:rsidR="0036090F">
              <w:rPr>
                <w:sz w:val="14"/>
              </w:rPr>
              <w:t xml:space="preserve">  Oui</w:t>
            </w:r>
            <w:r w:rsidR="0036090F">
              <w:t xml:space="preserve">    </w:t>
            </w:r>
            <w:sdt>
              <w:sdtPr>
                <w:rPr>
                  <w:rFonts w:ascii="Cambria" w:hAnsi="Cambria"/>
                  <w:sz w:val="15"/>
                  <w:szCs w:val="15"/>
                </w:rPr>
                <w:id w:val="-1816781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DBF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924DBF">
              <w:rPr>
                <w:rFonts w:ascii="Cambria" w:hAnsi="Cambria"/>
                <w:sz w:val="15"/>
                <w:szCs w:val="15"/>
              </w:rPr>
              <w:t xml:space="preserve">  </w:t>
            </w:r>
            <w:r w:rsidR="0036090F">
              <w:rPr>
                <w:sz w:val="14"/>
              </w:rPr>
              <w:t xml:space="preserve">  Non</w:t>
            </w:r>
            <w:r w:rsidR="0036090F">
              <w:t xml:space="preserve">    </w:t>
            </w:r>
            <w:sdt>
              <w:sdtPr>
                <w:rPr>
                  <w:rFonts w:ascii="Cambria" w:hAnsi="Cambria"/>
                  <w:sz w:val="15"/>
                  <w:szCs w:val="15"/>
                </w:rPr>
                <w:id w:val="998778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DBF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924DBF">
              <w:rPr>
                <w:rFonts w:ascii="Cambria" w:hAnsi="Cambria"/>
                <w:sz w:val="15"/>
                <w:szCs w:val="15"/>
              </w:rPr>
              <w:t xml:space="preserve">  </w:t>
            </w:r>
            <w:r w:rsidR="0036090F">
              <w:rPr>
                <w:sz w:val="14"/>
              </w:rPr>
              <w:t xml:space="preserve">  Partiellement</w:t>
            </w:r>
            <w:r w:rsidR="0036090F">
              <w:t xml:space="preserve">    </w:t>
            </w:r>
            <w:sdt>
              <w:sdtPr>
                <w:rPr>
                  <w:rFonts w:ascii="Cambria" w:hAnsi="Cambria"/>
                  <w:sz w:val="15"/>
                  <w:szCs w:val="15"/>
                </w:rPr>
                <w:id w:val="-9941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DBF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="00924DBF">
              <w:rPr>
                <w:rFonts w:ascii="Cambria" w:hAnsi="Cambria"/>
                <w:sz w:val="15"/>
                <w:szCs w:val="15"/>
              </w:rPr>
              <w:t xml:space="preserve">  </w:t>
            </w:r>
            <w:r w:rsidR="0036090F">
              <w:rPr>
                <w:sz w:val="14"/>
              </w:rPr>
              <w:t xml:space="preserve">  Ne sais pas</w:t>
            </w:r>
          </w:p>
        </w:tc>
        <w:tc>
          <w:tcPr>
            <w:tcW w:w="5244" w:type="dxa"/>
            <w:vMerge/>
          </w:tcPr>
          <w:p w14:paraId="2865FEE7" w14:textId="77777777" w:rsidR="00E05255" w:rsidRDefault="00E05255"/>
        </w:tc>
      </w:tr>
    </w:tbl>
    <w:p w14:paraId="09B8BAAD" w14:textId="4DC34065" w:rsidR="00E05255" w:rsidRDefault="00E05255">
      <w:pPr>
        <w:spacing w:before="60"/>
      </w:pPr>
    </w:p>
    <w:p w14:paraId="568A460C" w14:textId="11AE0EA8" w:rsidR="007C1690" w:rsidRDefault="007C1690">
      <w:pPr>
        <w:spacing w:before="60"/>
      </w:pPr>
    </w:p>
    <w:p w14:paraId="5D7503C5" w14:textId="6D1E7401" w:rsidR="007C1690" w:rsidRDefault="007C1690">
      <w:pPr>
        <w:spacing w:before="60"/>
      </w:pPr>
    </w:p>
    <w:p w14:paraId="68AF7054" w14:textId="77777777" w:rsidR="007C1690" w:rsidRDefault="007C1690" w:rsidP="007C169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88"/>
      </w:tblGrid>
      <w:tr w:rsidR="007C1690" w14:paraId="05C2628E" w14:textId="77777777" w:rsidTr="008966DF">
        <w:trPr>
          <w:trHeight w:hRule="exact" w:val="312"/>
          <w:jc w:val="center"/>
        </w:trPr>
        <w:tc>
          <w:tcPr>
            <w:tcW w:w="10488" w:type="dxa"/>
            <w:tcBorders>
              <w:top w:val="single" w:sz="4" w:space="0" w:color="C7D8E4"/>
              <w:left w:val="single" w:sz="4" w:space="0" w:color="C7D8E4"/>
              <w:bottom w:val="single" w:sz="4" w:space="0" w:color="C7D8E4"/>
              <w:right w:val="single" w:sz="4" w:space="0" w:color="C7D8E4"/>
            </w:tcBorders>
            <w:shd w:val="clear" w:color="auto" w:fill="EAF3F9"/>
          </w:tcPr>
          <w:p w14:paraId="2D753D6E" w14:textId="0AE45282" w:rsidR="007C1690" w:rsidRDefault="007C1690" w:rsidP="008966DF">
            <w:r>
              <w:rPr>
                <w:b/>
                <w:color w:val="253746"/>
              </w:rPr>
              <w:t>REMARQUES OU SUGESTIONS (FACULTATIF)</w:t>
            </w:r>
          </w:p>
        </w:tc>
      </w:tr>
      <w:tr w:rsidR="007C1690" w14:paraId="09702F37" w14:textId="77777777" w:rsidTr="00F00237">
        <w:trPr>
          <w:trHeight w:hRule="exact" w:val="2934"/>
          <w:jc w:val="center"/>
        </w:trPr>
        <w:tc>
          <w:tcPr>
            <w:tcW w:w="10488" w:type="dxa"/>
            <w:tcBorders>
              <w:top w:val="single" w:sz="4" w:space="0" w:color="C7D8E4"/>
              <w:left w:val="single" w:sz="4" w:space="0" w:color="C7D8E4"/>
              <w:bottom w:val="single" w:sz="4" w:space="0" w:color="C7D8E4"/>
              <w:right w:val="single" w:sz="4" w:space="0" w:color="C7D8E4"/>
            </w:tcBorders>
          </w:tcPr>
          <w:p w14:paraId="0D4BA0E7" w14:textId="77777777" w:rsidR="007C1690" w:rsidRDefault="007C1690" w:rsidP="008966DF">
            <w:pPr>
              <w:jc w:val="both"/>
            </w:pPr>
          </w:p>
          <w:p w14:paraId="2968840D" w14:textId="77777777" w:rsidR="007C1690" w:rsidRDefault="007C1690" w:rsidP="008966DF">
            <w:pPr>
              <w:jc w:val="both"/>
            </w:pPr>
          </w:p>
          <w:p w14:paraId="299EC12A" w14:textId="12BF3AF3" w:rsidR="007C1690" w:rsidRDefault="007C1690" w:rsidP="008966DF">
            <w:pPr>
              <w:jc w:val="both"/>
            </w:pPr>
          </w:p>
          <w:p w14:paraId="4D454675" w14:textId="75ACC999" w:rsidR="007C1690" w:rsidRDefault="007C1690" w:rsidP="008966DF">
            <w:pPr>
              <w:jc w:val="both"/>
            </w:pPr>
          </w:p>
          <w:p w14:paraId="00BEDD49" w14:textId="77777777" w:rsidR="007C1690" w:rsidRDefault="007C1690" w:rsidP="008966DF">
            <w:pPr>
              <w:jc w:val="both"/>
            </w:pPr>
          </w:p>
          <w:p w14:paraId="3FCECA12" w14:textId="7B2ADD97" w:rsidR="007C1690" w:rsidRDefault="007C1690" w:rsidP="008966DF">
            <w:pPr>
              <w:jc w:val="both"/>
            </w:pPr>
          </w:p>
          <w:p w14:paraId="3F3BB5FC" w14:textId="70C15F82" w:rsidR="007C1690" w:rsidRDefault="007C1690" w:rsidP="008966DF">
            <w:pPr>
              <w:jc w:val="both"/>
            </w:pPr>
          </w:p>
          <w:p w14:paraId="4579EBB2" w14:textId="7153F409" w:rsidR="007C1690" w:rsidRDefault="007C1690" w:rsidP="008966DF">
            <w:pPr>
              <w:jc w:val="both"/>
            </w:pPr>
          </w:p>
          <w:p w14:paraId="3CC5FE72" w14:textId="77777777" w:rsidR="007C1690" w:rsidRDefault="007C1690" w:rsidP="008966DF">
            <w:pPr>
              <w:jc w:val="both"/>
            </w:pPr>
          </w:p>
          <w:p w14:paraId="4A6524F3" w14:textId="77777777" w:rsidR="007C1690" w:rsidRDefault="007C1690" w:rsidP="008966DF">
            <w:pPr>
              <w:jc w:val="both"/>
            </w:pPr>
          </w:p>
          <w:p w14:paraId="25475D10" w14:textId="77777777" w:rsidR="007C1690" w:rsidRDefault="007C1690" w:rsidP="008966DF">
            <w:pPr>
              <w:jc w:val="both"/>
            </w:pPr>
          </w:p>
          <w:p w14:paraId="3DCA0009" w14:textId="77777777" w:rsidR="007C1690" w:rsidRDefault="007C1690" w:rsidP="008966DF">
            <w:pPr>
              <w:jc w:val="both"/>
            </w:pPr>
          </w:p>
        </w:tc>
      </w:tr>
    </w:tbl>
    <w:p w14:paraId="44554997" w14:textId="2F5E5880" w:rsidR="007C1690" w:rsidRDefault="007C1690">
      <w:pPr>
        <w:spacing w:before="60"/>
      </w:pPr>
    </w:p>
    <w:p w14:paraId="5175FACB" w14:textId="362324D9" w:rsidR="00F00237" w:rsidRDefault="00F00237">
      <w:pPr>
        <w:spacing w:before="60"/>
      </w:pPr>
    </w:p>
    <w:p w14:paraId="7D497045" w14:textId="77777777" w:rsidR="00F00237" w:rsidRDefault="00F00237">
      <w:pPr>
        <w:spacing w:before="60"/>
      </w:pPr>
    </w:p>
    <w:p w14:paraId="3BC3C717" w14:textId="77777777" w:rsidR="00E05255" w:rsidRDefault="0036090F">
      <w:pPr>
        <w:spacing w:before="80"/>
        <w:jc w:val="center"/>
      </w:pPr>
      <w:r>
        <w:rPr>
          <w:b/>
          <w:color w:val="0B4F8A"/>
          <w:sz w:val="17"/>
        </w:rPr>
        <w:t>Merci pour votre participation</w:t>
      </w:r>
    </w:p>
    <w:p w14:paraId="60B9A31B" w14:textId="77777777" w:rsidR="00E05255" w:rsidRDefault="0036090F">
      <w:pPr>
        <w:jc w:val="center"/>
      </w:pPr>
      <w:r>
        <w:rPr>
          <w:i/>
          <w:color w:val="6C7880"/>
          <w:sz w:val="14"/>
        </w:rPr>
        <w:t>Vos réponses sont anonymes et pourront être utilisées uniquement dans le cadre de l’amélioration de cette action</w:t>
      </w:r>
    </w:p>
    <w:sectPr w:rsidR="00E05255" w:rsidSect="00034616">
      <w:footerReference w:type="default" r:id="rId19"/>
      <w:pgSz w:w="11906" w:h="16838"/>
      <w:pgMar w:top="595" w:right="709" w:bottom="765" w:left="709" w:header="198" w:footer="255" w:gutter="0"/>
      <w:pgBorders w:offsetFrom="page">
        <w:top w:val="single" w:sz="10" w:space="8" w:color="0B4F8A"/>
        <w:left w:val="single" w:sz="10" w:space="8" w:color="0B4F8A"/>
        <w:bottom w:val="single" w:sz="10" w:space="8" w:color="0B4F8A"/>
        <w:right w:val="single" w:sz="10" w:space="8" w:color="0B4F8A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5F06B" w14:textId="77777777" w:rsidR="00A74D53" w:rsidRDefault="0036090F">
      <w:r>
        <w:separator/>
      </w:r>
    </w:p>
  </w:endnote>
  <w:endnote w:type="continuationSeparator" w:id="0">
    <w:p w14:paraId="6602B58F" w14:textId="77777777" w:rsidR="00A74D53" w:rsidRDefault="00360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2496454"/>
      <w:docPartObj>
        <w:docPartGallery w:val="Page Numbers (Bottom of Page)"/>
        <w:docPartUnique/>
      </w:docPartObj>
    </w:sdtPr>
    <w:sdtContent>
      <w:p w14:paraId="2061251D" w14:textId="77777777" w:rsidR="00001F1E" w:rsidRPr="00F255D9" w:rsidRDefault="00001F1E" w:rsidP="00001F1E">
        <w:pPr>
          <w:spacing w:line="223" w:lineRule="exact"/>
          <w:jc w:val="center"/>
          <w:rPr>
            <w:rFonts w:ascii="Calibri" w:hAnsi="Calibri"/>
            <w:szCs w:val="16"/>
          </w:rPr>
        </w:pPr>
        <w:r w:rsidRPr="00F255D9">
          <w:rPr>
            <w:rFonts w:ascii="Calibri" w:hAnsi="Calibri"/>
            <w:szCs w:val="16"/>
          </w:rPr>
          <w:t>Département</w:t>
        </w:r>
        <w:r w:rsidRPr="00F255D9">
          <w:rPr>
            <w:rFonts w:ascii="Calibri" w:hAnsi="Calibri"/>
            <w:spacing w:val="-6"/>
            <w:szCs w:val="16"/>
          </w:rPr>
          <w:t xml:space="preserve"> </w:t>
        </w:r>
        <w:r w:rsidRPr="00F255D9">
          <w:rPr>
            <w:rFonts w:ascii="Calibri" w:hAnsi="Calibri"/>
            <w:szCs w:val="16"/>
          </w:rPr>
          <w:t>des</w:t>
        </w:r>
        <w:r w:rsidRPr="00F255D9">
          <w:rPr>
            <w:rFonts w:ascii="Calibri" w:hAnsi="Calibri"/>
            <w:spacing w:val="-5"/>
            <w:szCs w:val="16"/>
          </w:rPr>
          <w:t xml:space="preserve"> </w:t>
        </w:r>
        <w:r w:rsidRPr="00F255D9">
          <w:rPr>
            <w:rFonts w:ascii="Calibri" w:hAnsi="Calibri"/>
            <w:szCs w:val="16"/>
          </w:rPr>
          <w:t>Bouches-du-Rhône</w:t>
        </w:r>
        <w:r w:rsidRPr="00F255D9">
          <w:rPr>
            <w:rFonts w:ascii="Calibri" w:hAnsi="Calibri"/>
            <w:spacing w:val="-6"/>
            <w:szCs w:val="16"/>
          </w:rPr>
          <w:t xml:space="preserve"> </w:t>
        </w:r>
        <w:r w:rsidRPr="00F255D9">
          <w:rPr>
            <w:rFonts w:ascii="Calibri" w:hAnsi="Calibri"/>
            <w:szCs w:val="16"/>
          </w:rPr>
          <w:t>–</w:t>
        </w:r>
        <w:r w:rsidRPr="00F255D9">
          <w:rPr>
            <w:rFonts w:ascii="Calibri" w:hAnsi="Calibri"/>
            <w:spacing w:val="-7"/>
            <w:szCs w:val="16"/>
          </w:rPr>
          <w:t xml:space="preserve"> </w:t>
        </w:r>
        <w:r w:rsidRPr="00F255D9">
          <w:rPr>
            <w:rFonts w:ascii="Calibri" w:hAnsi="Calibri"/>
            <w:szCs w:val="16"/>
          </w:rPr>
          <w:t>Direction</w:t>
        </w:r>
        <w:r w:rsidRPr="00F255D9">
          <w:rPr>
            <w:rFonts w:ascii="Calibri" w:hAnsi="Calibri"/>
            <w:spacing w:val="-7"/>
            <w:szCs w:val="16"/>
          </w:rPr>
          <w:t xml:space="preserve"> </w:t>
        </w:r>
        <w:r w:rsidRPr="00F255D9">
          <w:rPr>
            <w:rFonts w:ascii="Calibri" w:hAnsi="Calibri"/>
            <w:szCs w:val="16"/>
          </w:rPr>
          <w:t>générale</w:t>
        </w:r>
        <w:r w:rsidRPr="00F255D9">
          <w:rPr>
            <w:rFonts w:ascii="Calibri" w:hAnsi="Calibri"/>
            <w:spacing w:val="-6"/>
            <w:szCs w:val="16"/>
          </w:rPr>
          <w:t xml:space="preserve"> adjointe de la solidarité</w:t>
        </w:r>
      </w:p>
      <w:p w14:paraId="49D994B0" w14:textId="77777777" w:rsidR="00001F1E" w:rsidRPr="00F255D9" w:rsidRDefault="00001F1E" w:rsidP="00001F1E">
        <w:pPr>
          <w:jc w:val="center"/>
          <w:rPr>
            <w:rFonts w:ascii="Calibri" w:hAnsi="Calibri"/>
            <w:szCs w:val="16"/>
          </w:rPr>
        </w:pPr>
        <w:r w:rsidRPr="00F255D9">
          <w:rPr>
            <w:rFonts w:ascii="Calibri" w:hAnsi="Calibri"/>
            <w:szCs w:val="16"/>
          </w:rPr>
          <w:t>Direction</w:t>
        </w:r>
        <w:r w:rsidRPr="00F255D9">
          <w:rPr>
            <w:rFonts w:ascii="Calibri" w:hAnsi="Calibri"/>
            <w:spacing w:val="-5"/>
            <w:szCs w:val="16"/>
          </w:rPr>
          <w:t xml:space="preserve"> </w:t>
        </w:r>
        <w:r w:rsidRPr="00F255D9">
          <w:rPr>
            <w:rFonts w:ascii="Calibri" w:hAnsi="Calibri"/>
            <w:szCs w:val="16"/>
          </w:rPr>
          <w:t>des</w:t>
        </w:r>
        <w:r w:rsidRPr="00F255D9">
          <w:rPr>
            <w:rFonts w:ascii="Calibri" w:hAnsi="Calibri"/>
            <w:spacing w:val="-4"/>
            <w:szCs w:val="16"/>
          </w:rPr>
          <w:t xml:space="preserve"> </w:t>
        </w:r>
        <w:r w:rsidRPr="00F255D9">
          <w:rPr>
            <w:rFonts w:ascii="Calibri" w:hAnsi="Calibri"/>
            <w:szCs w:val="16"/>
          </w:rPr>
          <w:t>territoires</w:t>
        </w:r>
        <w:r w:rsidRPr="00F255D9">
          <w:rPr>
            <w:rFonts w:ascii="Calibri" w:hAnsi="Calibri"/>
            <w:spacing w:val="-3"/>
            <w:szCs w:val="16"/>
          </w:rPr>
          <w:t xml:space="preserve"> </w:t>
        </w:r>
        <w:r w:rsidRPr="00F255D9">
          <w:rPr>
            <w:rFonts w:ascii="Calibri" w:hAnsi="Calibri"/>
            <w:szCs w:val="16"/>
          </w:rPr>
          <w:t>et</w:t>
        </w:r>
        <w:r w:rsidRPr="00F255D9">
          <w:rPr>
            <w:rFonts w:ascii="Calibri" w:hAnsi="Calibri"/>
            <w:spacing w:val="-5"/>
            <w:szCs w:val="16"/>
          </w:rPr>
          <w:t xml:space="preserve"> </w:t>
        </w:r>
        <w:r w:rsidRPr="00F255D9">
          <w:rPr>
            <w:rFonts w:ascii="Calibri" w:hAnsi="Calibri"/>
            <w:szCs w:val="16"/>
          </w:rPr>
          <w:t>de</w:t>
        </w:r>
        <w:r w:rsidRPr="00F255D9">
          <w:rPr>
            <w:rFonts w:ascii="Calibri" w:hAnsi="Calibri"/>
            <w:spacing w:val="-5"/>
            <w:szCs w:val="16"/>
          </w:rPr>
          <w:t xml:space="preserve"> </w:t>
        </w:r>
        <w:r w:rsidRPr="00F255D9">
          <w:rPr>
            <w:rFonts w:ascii="Calibri" w:hAnsi="Calibri"/>
            <w:szCs w:val="16"/>
          </w:rPr>
          <w:t>l’action</w:t>
        </w:r>
        <w:r w:rsidRPr="00F255D9">
          <w:rPr>
            <w:rFonts w:ascii="Calibri" w:hAnsi="Calibri"/>
            <w:spacing w:val="-5"/>
            <w:szCs w:val="16"/>
          </w:rPr>
          <w:t xml:space="preserve"> </w:t>
        </w:r>
        <w:r w:rsidRPr="00F255D9">
          <w:rPr>
            <w:rFonts w:ascii="Calibri" w:hAnsi="Calibri"/>
            <w:spacing w:val="-2"/>
            <w:szCs w:val="16"/>
          </w:rPr>
          <w:t>sociale</w:t>
        </w:r>
      </w:p>
      <w:p w14:paraId="3B2A04E5" w14:textId="77777777" w:rsidR="00001F1E" w:rsidRPr="00F255D9" w:rsidRDefault="00001F1E" w:rsidP="00001F1E">
        <w:pPr>
          <w:spacing w:before="1"/>
          <w:jc w:val="center"/>
          <w:rPr>
            <w:rFonts w:ascii="Calibri" w:hAnsi="Arial MT" w:hint="eastAsia"/>
            <w:i/>
            <w:szCs w:val="16"/>
          </w:rPr>
        </w:pPr>
        <w:r w:rsidRPr="00F255D9">
          <w:rPr>
            <w:rFonts w:ascii="Calibri"/>
            <w:i/>
            <w:szCs w:val="16"/>
          </w:rPr>
          <w:t>Service</w:t>
        </w:r>
        <w:r w:rsidRPr="00F255D9">
          <w:rPr>
            <w:rFonts w:ascii="Calibri"/>
            <w:i/>
            <w:spacing w:val="-5"/>
            <w:szCs w:val="16"/>
          </w:rPr>
          <w:t xml:space="preserve"> </w:t>
        </w:r>
        <w:r w:rsidRPr="00F255D9">
          <w:rPr>
            <w:rFonts w:ascii="Calibri"/>
            <w:i/>
            <w:szCs w:val="16"/>
          </w:rPr>
          <w:t>accompagnement</w:t>
        </w:r>
        <w:r w:rsidRPr="00F255D9">
          <w:rPr>
            <w:rFonts w:ascii="Calibri"/>
            <w:i/>
            <w:spacing w:val="-5"/>
            <w:szCs w:val="16"/>
          </w:rPr>
          <w:t xml:space="preserve"> </w:t>
        </w:r>
        <w:r w:rsidRPr="00F255D9">
          <w:rPr>
            <w:rFonts w:ascii="Calibri"/>
            <w:i/>
            <w:szCs w:val="16"/>
          </w:rPr>
          <w:t>et</w:t>
        </w:r>
        <w:r w:rsidRPr="00F255D9">
          <w:rPr>
            <w:rFonts w:ascii="Calibri"/>
            <w:i/>
            <w:spacing w:val="-7"/>
            <w:szCs w:val="16"/>
          </w:rPr>
          <w:t xml:space="preserve"> </w:t>
        </w:r>
        <w:r w:rsidRPr="00F255D9">
          <w:rPr>
            <w:rFonts w:ascii="Calibri"/>
            <w:i/>
            <w:szCs w:val="16"/>
          </w:rPr>
          <w:t>protection</w:t>
        </w:r>
        <w:r w:rsidRPr="00F255D9">
          <w:rPr>
            <w:rFonts w:ascii="Calibri"/>
            <w:i/>
            <w:spacing w:val="-7"/>
            <w:szCs w:val="16"/>
          </w:rPr>
          <w:t xml:space="preserve"> </w:t>
        </w:r>
        <w:r w:rsidRPr="00F255D9">
          <w:rPr>
            <w:rFonts w:ascii="Calibri"/>
            <w:i/>
            <w:szCs w:val="16"/>
          </w:rPr>
          <w:t>des</w:t>
        </w:r>
        <w:r w:rsidRPr="00F255D9">
          <w:rPr>
            <w:rFonts w:ascii="Calibri"/>
            <w:i/>
            <w:spacing w:val="-7"/>
            <w:szCs w:val="16"/>
          </w:rPr>
          <w:t xml:space="preserve"> </w:t>
        </w:r>
        <w:r w:rsidRPr="00F255D9">
          <w:rPr>
            <w:rFonts w:ascii="Calibri"/>
            <w:i/>
            <w:spacing w:val="-2"/>
            <w:szCs w:val="16"/>
          </w:rPr>
          <w:t>majeurs</w:t>
        </w:r>
      </w:p>
      <w:p w14:paraId="375645C5" w14:textId="560AA0AE" w:rsidR="00001F1E" w:rsidRDefault="00001F1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3159EE81" w14:textId="1C994E4D" w:rsidR="00E05255" w:rsidRPr="00F255D9" w:rsidRDefault="00E05255" w:rsidP="00F255D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E164A" w14:textId="77777777" w:rsidR="00A74D53" w:rsidRDefault="0036090F">
      <w:r>
        <w:separator/>
      </w:r>
    </w:p>
  </w:footnote>
  <w:footnote w:type="continuationSeparator" w:id="0">
    <w:p w14:paraId="3E9FD33E" w14:textId="77777777" w:rsidR="00A74D53" w:rsidRDefault="00360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savePreviewPicture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F1E"/>
    <w:rsid w:val="00034616"/>
    <w:rsid w:val="0006063C"/>
    <w:rsid w:val="00082E79"/>
    <w:rsid w:val="000F73F3"/>
    <w:rsid w:val="001011DE"/>
    <w:rsid w:val="00105382"/>
    <w:rsid w:val="00116D14"/>
    <w:rsid w:val="0012722E"/>
    <w:rsid w:val="0013263F"/>
    <w:rsid w:val="001465DF"/>
    <w:rsid w:val="0015074B"/>
    <w:rsid w:val="00166AE8"/>
    <w:rsid w:val="00173A88"/>
    <w:rsid w:val="00180FE4"/>
    <w:rsid w:val="00193415"/>
    <w:rsid w:val="001B466A"/>
    <w:rsid w:val="001D16CB"/>
    <w:rsid w:val="001E01FB"/>
    <w:rsid w:val="001F45EC"/>
    <w:rsid w:val="00200787"/>
    <w:rsid w:val="002522D2"/>
    <w:rsid w:val="0026407A"/>
    <w:rsid w:val="00282E7E"/>
    <w:rsid w:val="00286453"/>
    <w:rsid w:val="0029639D"/>
    <w:rsid w:val="002B06DF"/>
    <w:rsid w:val="002D6336"/>
    <w:rsid w:val="003151C6"/>
    <w:rsid w:val="00326F90"/>
    <w:rsid w:val="003312AB"/>
    <w:rsid w:val="00340B26"/>
    <w:rsid w:val="0036090F"/>
    <w:rsid w:val="003C701D"/>
    <w:rsid w:val="003D1EC6"/>
    <w:rsid w:val="003D5A36"/>
    <w:rsid w:val="003D7D1B"/>
    <w:rsid w:val="004044C9"/>
    <w:rsid w:val="00416EFC"/>
    <w:rsid w:val="004A334D"/>
    <w:rsid w:val="004F6125"/>
    <w:rsid w:val="0053377F"/>
    <w:rsid w:val="005339E5"/>
    <w:rsid w:val="00590E2B"/>
    <w:rsid w:val="005B54CA"/>
    <w:rsid w:val="005B77B3"/>
    <w:rsid w:val="00610470"/>
    <w:rsid w:val="0062475B"/>
    <w:rsid w:val="00647566"/>
    <w:rsid w:val="0065389F"/>
    <w:rsid w:val="006B79A8"/>
    <w:rsid w:val="006D1EE3"/>
    <w:rsid w:val="006D3D0B"/>
    <w:rsid w:val="00714A5F"/>
    <w:rsid w:val="007150DA"/>
    <w:rsid w:val="00757184"/>
    <w:rsid w:val="00783F13"/>
    <w:rsid w:val="00794945"/>
    <w:rsid w:val="007A27A0"/>
    <w:rsid w:val="007C1690"/>
    <w:rsid w:val="007E7FC5"/>
    <w:rsid w:val="008066DA"/>
    <w:rsid w:val="0083460D"/>
    <w:rsid w:val="008768F6"/>
    <w:rsid w:val="008A6000"/>
    <w:rsid w:val="008D6E32"/>
    <w:rsid w:val="009249AD"/>
    <w:rsid w:val="00924DBF"/>
    <w:rsid w:val="00942325"/>
    <w:rsid w:val="009659B6"/>
    <w:rsid w:val="009E2474"/>
    <w:rsid w:val="00A6401E"/>
    <w:rsid w:val="00A74D53"/>
    <w:rsid w:val="00A9375C"/>
    <w:rsid w:val="00AA1D8D"/>
    <w:rsid w:val="00AC3237"/>
    <w:rsid w:val="00B3200B"/>
    <w:rsid w:val="00B3696F"/>
    <w:rsid w:val="00B460F4"/>
    <w:rsid w:val="00B47730"/>
    <w:rsid w:val="00B52438"/>
    <w:rsid w:val="00BB1B31"/>
    <w:rsid w:val="00BB6D1D"/>
    <w:rsid w:val="00BC3A40"/>
    <w:rsid w:val="00BC47D0"/>
    <w:rsid w:val="00BD340D"/>
    <w:rsid w:val="00C15368"/>
    <w:rsid w:val="00C26DAA"/>
    <w:rsid w:val="00C434F7"/>
    <w:rsid w:val="00CB0664"/>
    <w:rsid w:val="00CF1C87"/>
    <w:rsid w:val="00CF714B"/>
    <w:rsid w:val="00D57946"/>
    <w:rsid w:val="00DA64A4"/>
    <w:rsid w:val="00DE5B7D"/>
    <w:rsid w:val="00DF5663"/>
    <w:rsid w:val="00E05255"/>
    <w:rsid w:val="00E156CB"/>
    <w:rsid w:val="00E847B5"/>
    <w:rsid w:val="00E95E9F"/>
    <w:rsid w:val="00EC02CC"/>
    <w:rsid w:val="00EC7851"/>
    <w:rsid w:val="00F00237"/>
    <w:rsid w:val="00F0691C"/>
    <w:rsid w:val="00F1024B"/>
    <w:rsid w:val="00F23D91"/>
    <w:rsid w:val="00F24CF8"/>
    <w:rsid w:val="00F255D9"/>
    <w:rsid w:val="00F547AD"/>
    <w:rsid w:val="00F77576"/>
    <w:rsid w:val="00F96AF2"/>
    <w:rsid w:val="00FB1D5F"/>
    <w:rsid w:val="00FB5CB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2391E41D"/>
  <w14:defaultImageDpi w14:val="330"/>
  <w15:docId w15:val="{3F6F823A-0741-4AF5-8C7D-99F8618E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sz w:val="16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3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333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COPPENS Laura</cp:lastModifiedBy>
  <cp:revision>43</cp:revision>
  <dcterms:created xsi:type="dcterms:W3CDTF">2026-08-26T14:18:00Z</dcterms:created>
  <dcterms:modified xsi:type="dcterms:W3CDTF">2026-08-27T10:06:00Z</dcterms:modified>
  <cp:category/>
</cp:coreProperties>
</file>